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8E573" w14:textId="77777777" w:rsidR="00ED5A80" w:rsidRDefault="00ED5A80" w:rsidP="00ED5A80">
      <w:pPr>
        <w:pStyle w:val="Title"/>
      </w:pPr>
      <w:bookmarkStart w:id="0" w:name="_Toc235714776"/>
      <w:r>
        <w:rPr>
          <w:noProof/>
          <w14:ligatures w14:val="standardContextual"/>
        </w:rPr>
        <w:drawing>
          <wp:anchor distT="0" distB="0" distL="114300" distR="114300" simplePos="0" relativeHeight="251658240" behindDoc="0" locked="0" layoutInCell="1" allowOverlap="1" wp14:anchorId="63E3F384" wp14:editId="3B0209FC">
            <wp:simplePos x="0" y="0"/>
            <wp:positionH relativeFrom="column">
              <wp:posOffset>0</wp:posOffset>
            </wp:positionH>
            <wp:positionV relativeFrom="page">
              <wp:posOffset>914400</wp:posOffset>
            </wp:positionV>
            <wp:extent cx="1574800" cy="801370"/>
            <wp:effectExtent l="0" t="0" r="0" b="0"/>
            <wp:wrapNone/>
            <wp:docPr id="83144833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448331" name="Picture 1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4800" cy="801370"/>
                    </a:xfrm>
                    <a:prstGeom prst="rect">
                      <a:avLst/>
                    </a:prstGeom>
                  </pic:spPr>
                </pic:pic>
              </a:graphicData>
            </a:graphic>
            <wp14:sizeRelH relativeFrom="page">
              <wp14:pctWidth>0</wp14:pctWidth>
            </wp14:sizeRelH>
            <wp14:sizeRelV relativeFrom="page">
              <wp14:pctHeight>0</wp14:pctHeight>
            </wp14:sizeRelV>
          </wp:anchor>
        </w:drawing>
      </w:r>
    </w:p>
    <w:p w14:paraId="1C72997F" w14:textId="0B6F90D3" w:rsidR="007D1023" w:rsidRPr="00A53BB3" w:rsidRDefault="00583156" w:rsidP="00ED5A80">
      <w:pPr>
        <w:pStyle w:val="Title"/>
        <w:rPr>
          <w:caps/>
          <w:sz w:val="40"/>
          <w:szCs w:val="40"/>
        </w:rPr>
      </w:pPr>
      <w:r w:rsidRPr="00A53BB3">
        <w:rPr>
          <w:caps/>
          <w:sz w:val="40"/>
          <w:szCs w:val="40"/>
        </w:rPr>
        <w:t>ACT ACCO Workforce Traineeship Grants Program 2026</w:t>
      </w:r>
    </w:p>
    <w:p w14:paraId="58A6C1FC" w14:textId="77777777" w:rsidR="00583156" w:rsidRPr="00583156" w:rsidRDefault="00583156" w:rsidP="00583156">
      <w:pPr>
        <w:rPr>
          <w:lang w:val="en-GB" w:eastAsia="en-AU"/>
        </w:rPr>
      </w:pPr>
    </w:p>
    <w:p w14:paraId="425C1248" w14:textId="5596FCF1" w:rsidR="00ED5A80" w:rsidRPr="007D1023" w:rsidRDefault="00ED5A80" w:rsidP="00ED5A80">
      <w:pPr>
        <w:pStyle w:val="Title"/>
        <w:rPr>
          <w:sz w:val="48"/>
          <w:szCs w:val="48"/>
        </w:rPr>
      </w:pPr>
      <w:r w:rsidRPr="007D1023">
        <w:rPr>
          <w:sz w:val="48"/>
          <w:szCs w:val="48"/>
        </w:rPr>
        <w:t>Traineeship Project Planning Template</w:t>
      </w:r>
    </w:p>
    <w:p w14:paraId="61363928" w14:textId="176651F1" w:rsidR="00ED5A80" w:rsidRDefault="00ED5A80" w:rsidP="00ED5A80">
      <w:pPr>
        <w:rPr>
          <w:rFonts w:ascii="Arial" w:hAnsi="Arial"/>
          <w:b/>
          <w:color w:val="17365D"/>
          <w:sz w:val="30"/>
        </w:rPr>
      </w:pPr>
    </w:p>
    <w:tbl>
      <w:tblPr>
        <w:tblW w:w="0" w:type="auto"/>
        <w:jc w:val="center"/>
        <w:tblLook w:val="04A0" w:firstRow="1" w:lastRow="0" w:firstColumn="1" w:lastColumn="0" w:noHBand="0" w:noVBand="1"/>
      </w:tblPr>
      <w:tblGrid>
        <w:gridCol w:w="9746"/>
      </w:tblGrid>
      <w:tr w:rsidR="00ED5A80" w14:paraId="58C307F1" w14:textId="77777777" w:rsidTr="5B329A2A">
        <w:trPr>
          <w:tblHeader/>
          <w:jc w:val="center"/>
        </w:trPr>
        <w:tc>
          <w:tcPr>
            <w:tcW w:w="9781" w:type="dxa"/>
            <w:shd w:val="clear" w:color="auto" w:fill="EAF1F3"/>
            <w:tcMar>
              <w:top w:w="180" w:type="dxa"/>
              <w:left w:w="180" w:type="dxa"/>
              <w:bottom w:w="180" w:type="dxa"/>
              <w:right w:w="180" w:type="dxa"/>
            </w:tcMar>
          </w:tcPr>
          <w:p w14:paraId="783BAE09" w14:textId="67FE4B74" w:rsidR="00ED5A80" w:rsidRDefault="00ED5A80" w:rsidP="4013A987">
            <w:pPr>
              <w:rPr>
                <w:b/>
              </w:rPr>
            </w:pPr>
            <w:r w:rsidRPr="4013A987">
              <w:rPr>
                <w:b/>
              </w:rPr>
              <w:t xml:space="preserve">Complete Part A </w:t>
            </w:r>
            <w:r w:rsidR="2559E02E" w:rsidRPr="4013A987">
              <w:rPr>
                <w:b/>
              </w:rPr>
              <w:t>o</w:t>
            </w:r>
            <w:r w:rsidR="005862C6" w:rsidRPr="4013A987">
              <w:rPr>
                <w:b/>
              </w:rPr>
              <w:t xml:space="preserve">f this template </w:t>
            </w:r>
            <w:r w:rsidRPr="4013A987">
              <w:rPr>
                <w:b/>
              </w:rPr>
              <w:t xml:space="preserve">for your Expression of Interest. </w:t>
            </w:r>
          </w:p>
          <w:p w14:paraId="0DEB8A37" w14:textId="228C71E1" w:rsidR="005862C6" w:rsidRDefault="005862C6" w:rsidP="5B329A2A">
            <w:pPr>
              <w:rPr>
                <w:b/>
              </w:rPr>
            </w:pPr>
            <w:r w:rsidRPr="5B329A2A">
              <w:rPr>
                <w:b/>
              </w:rPr>
              <w:t>Complete the Smarty</w:t>
            </w:r>
            <w:r w:rsidR="34508AD5" w:rsidRPr="5B329A2A">
              <w:rPr>
                <w:b/>
              </w:rPr>
              <w:t>G</w:t>
            </w:r>
            <w:r w:rsidRPr="5B329A2A">
              <w:rPr>
                <w:b/>
              </w:rPr>
              <w:t xml:space="preserve">rants </w:t>
            </w:r>
            <w:r w:rsidRPr="00465A59">
              <w:rPr>
                <w:b/>
              </w:rPr>
              <w:t xml:space="preserve">Expression of Interest form </w:t>
            </w:r>
            <w:r w:rsidR="00465A59" w:rsidRPr="00465A59">
              <w:rPr>
                <w:b/>
                <w:u w:val="single"/>
              </w:rPr>
              <w:t xml:space="preserve">online </w:t>
            </w:r>
            <w:hyperlink r:id="rId12" w:history="1">
              <w:r w:rsidRPr="00465A59">
                <w:rPr>
                  <w:b/>
                  <w:u w:val="single"/>
                </w:rPr>
                <w:t>here</w:t>
              </w:r>
            </w:hyperlink>
            <w:r w:rsidRPr="00465A59">
              <w:rPr>
                <w:b/>
              </w:rPr>
              <w:t>- you will be</w:t>
            </w:r>
            <w:r w:rsidRPr="5B329A2A">
              <w:rPr>
                <w:b/>
              </w:rPr>
              <w:t xml:space="preserve"> asked to upload this template. </w:t>
            </w:r>
          </w:p>
          <w:p w14:paraId="6D0AA37E" w14:textId="416DFB0D" w:rsidR="00ED5A80" w:rsidRDefault="5DAD5B3F" w:rsidP="57E42AE3">
            <w:pPr>
              <w:spacing w:before="0" w:after="0" w:line="300" w:lineRule="auto"/>
              <w:rPr>
                <w:rFonts w:ascii="Segoe UI" w:eastAsia="Segoe UI" w:hAnsi="Segoe UI" w:cs="Segoe UI"/>
                <w:bCs w:val="0"/>
                <w:iCs w:val="0"/>
                <w:sz w:val="21"/>
                <w:szCs w:val="21"/>
              </w:rPr>
            </w:pPr>
            <w:r w:rsidRPr="57E42AE3">
              <w:rPr>
                <w:rFonts w:ascii="Segoe UI" w:eastAsia="Segoe UI" w:hAnsi="Segoe UI" w:cs="Segoe UI"/>
                <w:bCs w:val="0"/>
                <w:iCs w:val="0"/>
                <w:sz w:val="21"/>
                <w:szCs w:val="21"/>
              </w:rPr>
              <w:t>If invited to submit a full application, confirm or update details in Part A of this template and complete Part B. Additional questions will be included in the SmartyGrants application form relating to the Stage 2 assessment criteria, and a budget template will also be provided. You will be required to upload this completed template and any supporting documents through the SmartyGrants application form provided with your letter of invitation.</w:t>
            </w:r>
          </w:p>
          <w:p w14:paraId="24908ECD" w14:textId="6584B4FD" w:rsidR="00ED5A80" w:rsidRDefault="00ED5A80" w:rsidP="00AF6E39">
            <w:pPr>
              <w:rPr>
                <w:b/>
              </w:rPr>
            </w:pPr>
          </w:p>
        </w:tc>
      </w:tr>
    </w:tbl>
    <w:p w14:paraId="70D28E90" w14:textId="77777777" w:rsidR="00ED5A80" w:rsidRDefault="00ED5A80" w:rsidP="00ED5A80">
      <w:pPr>
        <w:spacing w:after="0"/>
      </w:pPr>
    </w:p>
    <w:p w14:paraId="58B42B0A" w14:textId="77777777" w:rsidR="00ED5A80" w:rsidRDefault="00ED5A80" w:rsidP="00ED5A80">
      <w:pPr>
        <w:spacing w:after="40"/>
      </w:pPr>
      <w:r>
        <w:rPr>
          <w:b/>
          <w:color w:val="17365D"/>
        </w:rPr>
        <w:t>Organisation name:</w:t>
      </w:r>
    </w:p>
    <w:tbl>
      <w:tblPr>
        <w:tblW w:w="0" w:type="auto"/>
        <w:tblLook w:val="04A0" w:firstRow="1" w:lastRow="0" w:firstColumn="1" w:lastColumn="0" w:noHBand="0" w:noVBand="1"/>
      </w:tblPr>
      <w:tblGrid>
        <w:gridCol w:w="9746"/>
      </w:tblGrid>
      <w:tr w:rsidR="00ED5A80" w14:paraId="3004A474" w14:textId="77777777" w:rsidTr="00AF6E39">
        <w:trPr>
          <w:tblHeader/>
        </w:trPr>
        <w:tc>
          <w:tcPr>
            <w:tcW w:w="10368" w:type="dxa"/>
            <w:shd w:val="clear" w:color="auto" w:fill="FAFAFA"/>
            <w:tcMar>
              <w:top w:w="90" w:type="dxa"/>
              <w:left w:w="100" w:type="dxa"/>
              <w:bottom w:w="90" w:type="dxa"/>
              <w:right w:w="100" w:type="dxa"/>
            </w:tcMar>
          </w:tcPr>
          <w:p w14:paraId="01583562" w14:textId="77777777" w:rsidR="00ED5A80" w:rsidRDefault="00ED5A80" w:rsidP="00AF6E39"/>
        </w:tc>
      </w:tr>
    </w:tbl>
    <w:p w14:paraId="3D25C44B" w14:textId="77777777" w:rsidR="00ED5A80" w:rsidRDefault="00ED5A80" w:rsidP="00ED5A80">
      <w:pPr>
        <w:spacing w:after="0"/>
      </w:pPr>
    </w:p>
    <w:p w14:paraId="6CE84188" w14:textId="77777777" w:rsidR="00ED5A80" w:rsidRDefault="00ED5A80" w:rsidP="00ED5A80">
      <w:pPr>
        <w:spacing w:after="40"/>
      </w:pPr>
      <w:r>
        <w:rPr>
          <w:b/>
          <w:color w:val="17365D"/>
        </w:rPr>
        <w:t>Project working title:</w:t>
      </w:r>
    </w:p>
    <w:tbl>
      <w:tblPr>
        <w:tblW w:w="0" w:type="auto"/>
        <w:tblLook w:val="04A0" w:firstRow="1" w:lastRow="0" w:firstColumn="1" w:lastColumn="0" w:noHBand="0" w:noVBand="1"/>
      </w:tblPr>
      <w:tblGrid>
        <w:gridCol w:w="9746"/>
      </w:tblGrid>
      <w:tr w:rsidR="00ED5A80" w14:paraId="5EFD9227" w14:textId="77777777" w:rsidTr="00AF6E39">
        <w:trPr>
          <w:tblHeader/>
        </w:trPr>
        <w:tc>
          <w:tcPr>
            <w:tcW w:w="10368" w:type="dxa"/>
            <w:shd w:val="clear" w:color="auto" w:fill="FAFAFA"/>
            <w:tcMar>
              <w:top w:w="90" w:type="dxa"/>
              <w:left w:w="100" w:type="dxa"/>
              <w:bottom w:w="90" w:type="dxa"/>
              <w:right w:w="100" w:type="dxa"/>
            </w:tcMar>
          </w:tcPr>
          <w:p w14:paraId="2526DD1E" w14:textId="77777777" w:rsidR="00ED5A80" w:rsidRDefault="00ED5A80" w:rsidP="00AF6E39"/>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295"/>
      </w:tblGrid>
      <w:tr w:rsidR="005862C6" w:rsidRPr="00FD5277" w14:paraId="08EC7C1A" w14:textId="77777777" w:rsidTr="00AF6E39">
        <w:tc>
          <w:tcPr>
            <w:tcW w:w="2263" w:type="dxa"/>
          </w:tcPr>
          <w:p w14:paraId="01717D34" w14:textId="77777777" w:rsidR="005862C6" w:rsidRDefault="005862C6" w:rsidP="00AF6E39">
            <w:pPr>
              <w:pStyle w:val="Heading3"/>
              <w:rPr>
                <w:noProof/>
                <w:lang w:val="en-AU"/>
              </w:rPr>
            </w:pPr>
          </w:p>
          <w:p w14:paraId="79DCDE12" w14:textId="77777777" w:rsidR="005862C6" w:rsidRDefault="005862C6" w:rsidP="00AF6E39">
            <w:pPr>
              <w:rPr>
                <w:lang w:val="en-AU" w:eastAsia="en-AU"/>
              </w:rPr>
            </w:pPr>
          </w:p>
          <w:p w14:paraId="294062DC" w14:textId="77777777" w:rsidR="005862C6" w:rsidRPr="006A7B3B" w:rsidRDefault="005862C6" w:rsidP="00AF6E39">
            <w:pPr>
              <w:rPr>
                <w:lang w:val="en-AU" w:eastAsia="en-AU"/>
              </w:rPr>
            </w:pPr>
            <w:r w:rsidRPr="00FD5277">
              <w:rPr>
                <w:noProof/>
              </w:rPr>
              <w:drawing>
                <wp:inline distT="0" distB="0" distL="0" distR="0" wp14:anchorId="7361A751" wp14:editId="41F4BD31">
                  <wp:extent cx="1070576" cy="1073150"/>
                  <wp:effectExtent l="0" t="0" r="0" b="6985"/>
                  <wp:docPr id="9215405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0576" cy="1073150"/>
                          </a:xfrm>
                          <a:prstGeom prst="rect">
                            <a:avLst/>
                          </a:prstGeom>
                          <a:noFill/>
                          <a:ln>
                            <a:noFill/>
                          </a:ln>
                        </pic:spPr>
                      </pic:pic>
                    </a:graphicData>
                  </a:graphic>
                </wp:inline>
              </w:drawing>
            </w:r>
          </w:p>
        </w:tc>
        <w:tc>
          <w:tcPr>
            <w:tcW w:w="6295" w:type="dxa"/>
          </w:tcPr>
          <w:p w14:paraId="261D5CC7" w14:textId="77777777" w:rsidR="005862C6" w:rsidRPr="001E7A46" w:rsidRDefault="005862C6" w:rsidP="00AF6E39">
            <w:pPr>
              <w:pStyle w:val="Heading3"/>
            </w:pPr>
            <w:r>
              <w:t>A</w:t>
            </w:r>
            <w:r w:rsidRPr="001E7A46">
              <w:t>cknowledgement of</w:t>
            </w:r>
            <w:r>
              <w:t> </w:t>
            </w:r>
            <w:r w:rsidRPr="001E7A46">
              <w:t>Country</w:t>
            </w:r>
          </w:p>
          <w:p w14:paraId="4F7D0360" w14:textId="77777777" w:rsidR="005862C6" w:rsidRPr="00472915" w:rsidRDefault="005862C6" w:rsidP="00AF6E39">
            <w:pPr>
              <w:rPr>
                <w:rFonts w:eastAsiaTheme="majorEastAsia"/>
                <w:lang w:val="en-GB" w:eastAsia="en-AU"/>
              </w:rPr>
            </w:pPr>
            <w:r w:rsidRPr="00472915">
              <w:rPr>
                <w:rFonts w:eastAsiaTheme="majorEastAsia"/>
                <w:lang w:val="en-GB" w:eastAsia="en-AU"/>
              </w:rPr>
              <w:t>The</w:t>
            </w:r>
            <w:r>
              <w:rPr>
                <w:rFonts w:eastAsiaTheme="majorEastAsia"/>
                <w:lang w:val="en-GB" w:eastAsia="en-AU"/>
              </w:rPr>
              <w:t xml:space="preserve"> Chief Minister and Economic Development </w:t>
            </w:r>
            <w:r w:rsidRPr="00472915">
              <w:rPr>
                <w:rFonts w:eastAsiaTheme="majorEastAsia"/>
                <w:lang w:val="en-GB" w:eastAsia="en-AU"/>
              </w:rPr>
              <w:t>Directorate acknowledges the Ngunnawal people as traditional custodians of the ACT and recognise any other people or families with connection to the lands of the ACT and region.</w:t>
            </w:r>
          </w:p>
          <w:p w14:paraId="09F765DA" w14:textId="77777777" w:rsidR="005862C6" w:rsidRDefault="005862C6" w:rsidP="00AF6E39">
            <w:r w:rsidRPr="00472915">
              <w:rPr>
                <w:rFonts w:eastAsiaTheme="majorEastAsia"/>
                <w:lang w:val="en-GB" w:eastAsia="en-AU"/>
              </w:rPr>
              <w:t>We respect the Aboriginal and Torres Strait Islander people, particularly our Aboriginal and Torres Strait Islander staff, and their continuing culture and contribution they make to the Canberra region and the life of our</w:t>
            </w:r>
            <w:r>
              <w:rPr>
                <w:rFonts w:eastAsiaTheme="majorEastAsia"/>
                <w:lang w:val="en-GB" w:eastAsia="en-AU"/>
              </w:rPr>
              <w:t> </w:t>
            </w:r>
            <w:r w:rsidRPr="00472915">
              <w:rPr>
                <w:rFonts w:eastAsiaTheme="majorEastAsia"/>
                <w:lang w:val="en-GB" w:eastAsia="en-AU"/>
              </w:rPr>
              <w:t xml:space="preserve">city. </w:t>
            </w:r>
          </w:p>
          <w:p w14:paraId="730B05DA" w14:textId="77777777" w:rsidR="005862C6" w:rsidRPr="00FD5277" w:rsidRDefault="005862C6" w:rsidP="00AF6E39">
            <w:pPr>
              <w:pStyle w:val="Heading3"/>
              <w:rPr>
                <w:lang w:val="en-AU"/>
              </w:rPr>
            </w:pPr>
          </w:p>
        </w:tc>
      </w:tr>
    </w:tbl>
    <w:p w14:paraId="60FC0266" w14:textId="77777777" w:rsidR="00ED5A80" w:rsidRDefault="00ED5A80" w:rsidP="00ED5A80"/>
    <w:p w14:paraId="0272186C" w14:textId="77777777" w:rsidR="00ED5A80" w:rsidRPr="00ED5A80" w:rsidRDefault="00ED5A80" w:rsidP="00ED5A80">
      <w:pPr>
        <w:spacing w:before="160"/>
        <w:jc w:val="center"/>
        <w:rPr>
          <w:sz w:val="40"/>
          <w:szCs w:val="40"/>
        </w:rPr>
      </w:pPr>
      <w:r w:rsidRPr="00ED5A80">
        <w:rPr>
          <w:b/>
          <w:color w:val="1F6D6B"/>
          <w:sz w:val="40"/>
          <w:szCs w:val="40"/>
        </w:rPr>
        <w:t>PART A</w:t>
      </w:r>
    </w:p>
    <w:p w14:paraId="6E1F8D5F" w14:textId="77777777" w:rsidR="00ED5A80" w:rsidRDefault="00ED5A80" w:rsidP="00ED5A80">
      <w:pPr>
        <w:pStyle w:val="Heading1"/>
      </w:pPr>
      <w:r>
        <w:t>Expression of Interest planning</w:t>
      </w:r>
    </w:p>
    <w:p w14:paraId="4B7F60D0" w14:textId="77777777" w:rsidR="00ED5A80" w:rsidRDefault="00ED5A80" w:rsidP="00ED5A80">
      <w:r>
        <w:t>Complete this part using the best information currently available. It is acceptable to record matters that are still being explored.</w:t>
      </w:r>
    </w:p>
    <w:p w14:paraId="70B1DA4F" w14:textId="77777777" w:rsidR="00ED5A80" w:rsidRDefault="00ED5A80" w:rsidP="00ED5A80">
      <w:pPr>
        <w:pStyle w:val="Heading2"/>
      </w:pPr>
      <w:r>
        <w:t>1. Workforce need</w:t>
      </w:r>
    </w:p>
    <w:p w14:paraId="7211053A" w14:textId="77777777" w:rsidR="00ED5A80" w:rsidRDefault="00ED5A80" w:rsidP="00ED5A80">
      <w:pPr>
        <w:spacing w:after="40"/>
      </w:pPr>
      <w:r>
        <w:rPr>
          <w:b/>
          <w:color w:val="17365D"/>
        </w:rPr>
        <w:t>What workforce need, capability gap or opportunity is the organisation seeking to address?</w:t>
      </w:r>
    </w:p>
    <w:tbl>
      <w:tblPr>
        <w:tblW w:w="0" w:type="auto"/>
        <w:tblLook w:val="04A0" w:firstRow="1" w:lastRow="0" w:firstColumn="1" w:lastColumn="0" w:noHBand="0" w:noVBand="1"/>
      </w:tblPr>
      <w:tblGrid>
        <w:gridCol w:w="9746"/>
      </w:tblGrid>
      <w:tr w:rsidR="00ED5A80" w14:paraId="04AB906C" w14:textId="77777777" w:rsidTr="00AF6E39">
        <w:trPr>
          <w:tblHeader/>
        </w:trPr>
        <w:tc>
          <w:tcPr>
            <w:tcW w:w="10368" w:type="dxa"/>
            <w:shd w:val="clear" w:color="auto" w:fill="FAFAFA"/>
            <w:tcMar>
              <w:top w:w="90" w:type="dxa"/>
              <w:left w:w="100" w:type="dxa"/>
              <w:bottom w:w="90" w:type="dxa"/>
              <w:right w:w="100" w:type="dxa"/>
            </w:tcMar>
          </w:tcPr>
          <w:p w14:paraId="12027E14" w14:textId="77777777" w:rsidR="00ED5A80" w:rsidRDefault="00ED5A80" w:rsidP="00AF6E39">
            <w:r>
              <w:br/>
            </w:r>
            <w:r>
              <w:br/>
            </w:r>
          </w:p>
        </w:tc>
      </w:tr>
    </w:tbl>
    <w:p w14:paraId="44D039D4" w14:textId="77777777" w:rsidR="00ED5A80" w:rsidRDefault="00ED5A80" w:rsidP="00ED5A80">
      <w:pPr>
        <w:spacing w:after="0"/>
      </w:pPr>
    </w:p>
    <w:p w14:paraId="03475582" w14:textId="77777777" w:rsidR="00ED5A80" w:rsidRDefault="00ED5A80" w:rsidP="00ED5A80">
      <w:pPr>
        <w:spacing w:after="40"/>
      </w:pPr>
      <w:r>
        <w:rPr>
          <w:b/>
          <w:color w:val="17365D"/>
        </w:rPr>
        <w:t>Why is this important to the organisation, its services or the community?</w:t>
      </w:r>
    </w:p>
    <w:tbl>
      <w:tblPr>
        <w:tblW w:w="0" w:type="auto"/>
        <w:tblLook w:val="04A0" w:firstRow="1" w:lastRow="0" w:firstColumn="1" w:lastColumn="0" w:noHBand="0" w:noVBand="1"/>
      </w:tblPr>
      <w:tblGrid>
        <w:gridCol w:w="9746"/>
      </w:tblGrid>
      <w:tr w:rsidR="00ED5A80" w14:paraId="63302C6B" w14:textId="77777777" w:rsidTr="00AF6E39">
        <w:trPr>
          <w:tblHeader/>
        </w:trPr>
        <w:tc>
          <w:tcPr>
            <w:tcW w:w="10368" w:type="dxa"/>
            <w:shd w:val="clear" w:color="auto" w:fill="FAFAFA"/>
            <w:tcMar>
              <w:top w:w="90" w:type="dxa"/>
              <w:left w:w="100" w:type="dxa"/>
              <w:bottom w:w="90" w:type="dxa"/>
              <w:right w:w="100" w:type="dxa"/>
            </w:tcMar>
          </w:tcPr>
          <w:p w14:paraId="62A80762" w14:textId="77777777" w:rsidR="00ED5A80" w:rsidRDefault="00ED5A80" w:rsidP="00AF6E39">
            <w:r>
              <w:br/>
            </w:r>
            <w:r>
              <w:br/>
            </w:r>
          </w:p>
        </w:tc>
      </w:tr>
    </w:tbl>
    <w:p w14:paraId="4A24F257" w14:textId="77777777" w:rsidR="00ED5A80" w:rsidRDefault="00ED5A80" w:rsidP="00ED5A80">
      <w:pPr>
        <w:spacing w:after="0"/>
      </w:pPr>
    </w:p>
    <w:p w14:paraId="0671DBE9" w14:textId="77777777" w:rsidR="00ED5A80" w:rsidRDefault="00ED5A80" w:rsidP="00ED5A80">
      <w:pPr>
        <w:spacing w:after="40"/>
      </w:pPr>
      <w:r>
        <w:rPr>
          <w:b/>
          <w:color w:val="17365D"/>
        </w:rPr>
        <w:t>Why is a traineeship a suitable response?</w:t>
      </w:r>
    </w:p>
    <w:tbl>
      <w:tblPr>
        <w:tblW w:w="0" w:type="auto"/>
        <w:tblLook w:val="04A0" w:firstRow="1" w:lastRow="0" w:firstColumn="1" w:lastColumn="0" w:noHBand="0" w:noVBand="1"/>
      </w:tblPr>
      <w:tblGrid>
        <w:gridCol w:w="9746"/>
      </w:tblGrid>
      <w:tr w:rsidR="00ED5A80" w14:paraId="0EFFDA48" w14:textId="77777777" w:rsidTr="00AF6E39">
        <w:trPr>
          <w:tblHeader/>
        </w:trPr>
        <w:tc>
          <w:tcPr>
            <w:tcW w:w="10368" w:type="dxa"/>
            <w:shd w:val="clear" w:color="auto" w:fill="FAFAFA"/>
            <w:tcMar>
              <w:top w:w="90" w:type="dxa"/>
              <w:left w:w="100" w:type="dxa"/>
              <w:bottom w:w="90" w:type="dxa"/>
              <w:right w:w="100" w:type="dxa"/>
            </w:tcMar>
          </w:tcPr>
          <w:p w14:paraId="590E2720" w14:textId="77777777" w:rsidR="00ED5A80" w:rsidRDefault="00ED5A80" w:rsidP="00AF6E39">
            <w:r>
              <w:br/>
            </w:r>
            <w:r>
              <w:br/>
            </w:r>
          </w:p>
        </w:tc>
      </w:tr>
    </w:tbl>
    <w:p w14:paraId="0865C5F7" w14:textId="77777777" w:rsidR="00ED5A80" w:rsidRDefault="00ED5A80" w:rsidP="00ED5A80">
      <w:pPr>
        <w:spacing w:after="0"/>
      </w:pPr>
    </w:p>
    <w:p w14:paraId="436844FC" w14:textId="77777777" w:rsidR="00ED5A80" w:rsidRDefault="00ED5A80" w:rsidP="00ED5A80">
      <w:pPr>
        <w:spacing w:after="40"/>
      </w:pPr>
      <w:r>
        <w:rPr>
          <w:b/>
          <w:color w:val="17365D"/>
        </w:rPr>
        <w:lastRenderedPageBreak/>
        <w:t>What longer-term employment or career pathway could this create?</w:t>
      </w:r>
    </w:p>
    <w:tbl>
      <w:tblPr>
        <w:tblW w:w="0" w:type="auto"/>
        <w:tblLook w:val="04A0" w:firstRow="1" w:lastRow="0" w:firstColumn="1" w:lastColumn="0" w:noHBand="0" w:noVBand="1"/>
      </w:tblPr>
      <w:tblGrid>
        <w:gridCol w:w="9746"/>
      </w:tblGrid>
      <w:tr w:rsidR="00ED5A80" w14:paraId="22BB9631" w14:textId="77777777" w:rsidTr="00AF6E39">
        <w:trPr>
          <w:tblHeader/>
        </w:trPr>
        <w:tc>
          <w:tcPr>
            <w:tcW w:w="10368" w:type="dxa"/>
            <w:shd w:val="clear" w:color="auto" w:fill="FAFAFA"/>
            <w:tcMar>
              <w:top w:w="90" w:type="dxa"/>
              <w:left w:w="100" w:type="dxa"/>
              <w:bottom w:w="90" w:type="dxa"/>
              <w:right w:w="100" w:type="dxa"/>
            </w:tcMar>
          </w:tcPr>
          <w:p w14:paraId="122B507D" w14:textId="77777777" w:rsidR="00ED5A80" w:rsidRDefault="00ED5A80" w:rsidP="00AF6E39">
            <w:r>
              <w:br/>
            </w:r>
            <w:r>
              <w:br/>
            </w:r>
          </w:p>
        </w:tc>
      </w:tr>
    </w:tbl>
    <w:p w14:paraId="117D93EB" w14:textId="77777777" w:rsidR="00ED5A80" w:rsidRDefault="00ED5A80" w:rsidP="00ED5A80">
      <w:pPr>
        <w:spacing w:after="0"/>
      </w:pPr>
    </w:p>
    <w:p w14:paraId="7053FC9F" w14:textId="77777777" w:rsidR="00ED5A80" w:rsidRDefault="00ED5A80" w:rsidP="00ED5A80">
      <w:pPr>
        <w:pStyle w:val="Heading2"/>
      </w:pPr>
    </w:p>
    <w:p w14:paraId="19A0681A" w14:textId="70F7DFDC" w:rsidR="00ED5A80" w:rsidRDefault="00ED5A80" w:rsidP="00ED5A80">
      <w:pPr>
        <w:pStyle w:val="Heading2"/>
      </w:pPr>
      <w:r>
        <w:t>2. Proposed trainee role</w:t>
      </w:r>
    </w:p>
    <w:p w14:paraId="705E693B" w14:textId="77777777" w:rsidR="00ED5A80" w:rsidRPr="00ED5A80" w:rsidRDefault="00ED5A80" w:rsidP="00ED5A80"/>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946"/>
      </w:tblGrid>
      <w:tr w:rsidR="00ED5A80" w14:paraId="0BA46910" w14:textId="77777777" w:rsidTr="00ED5A80">
        <w:trPr>
          <w:tblHeader/>
          <w:jc w:val="center"/>
        </w:trPr>
        <w:tc>
          <w:tcPr>
            <w:tcW w:w="2972" w:type="dxa"/>
            <w:shd w:val="clear" w:color="auto" w:fill="17365D"/>
            <w:tcMar>
              <w:top w:w="65" w:type="dxa"/>
              <w:left w:w="75" w:type="dxa"/>
              <w:bottom w:w="65" w:type="dxa"/>
              <w:right w:w="75" w:type="dxa"/>
            </w:tcMar>
            <w:vAlign w:val="center"/>
          </w:tcPr>
          <w:p w14:paraId="39C67D18" w14:textId="77777777" w:rsidR="00ED5A80" w:rsidRDefault="00ED5A80" w:rsidP="00AF6E39">
            <w:pPr>
              <w:spacing w:after="0"/>
            </w:pPr>
            <w:r>
              <w:rPr>
                <w:rFonts w:ascii="Arial" w:hAnsi="Arial"/>
                <w:b/>
                <w:color w:val="FFFFFF"/>
                <w:sz w:val="17"/>
              </w:rPr>
              <w:t>Planning item</w:t>
            </w:r>
          </w:p>
        </w:tc>
        <w:tc>
          <w:tcPr>
            <w:tcW w:w="6946" w:type="dxa"/>
            <w:shd w:val="clear" w:color="auto" w:fill="17365D"/>
            <w:tcMar>
              <w:top w:w="65" w:type="dxa"/>
              <w:left w:w="75" w:type="dxa"/>
              <w:bottom w:w="65" w:type="dxa"/>
              <w:right w:w="75" w:type="dxa"/>
            </w:tcMar>
            <w:vAlign w:val="center"/>
          </w:tcPr>
          <w:p w14:paraId="0EB9DEC8" w14:textId="77777777" w:rsidR="00ED5A80" w:rsidRDefault="00ED5A80" w:rsidP="00AF6E39">
            <w:pPr>
              <w:spacing w:after="0"/>
            </w:pPr>
            <w:r>
              <w:rPr>
                <w:rFonts w:ascii="Arial" w:hAnsi="Arial"/>
                <w:b/>
                <w:color w:val="FFFFFF"/>
                <w:sz w:val="17"/>
              </w:rPr>
              <w:t>Current proposal</w:t>
            </w:r>
          </w:p>
        </w:tc>
      </w:tr>
      <w:tr w:rsidR="00ED5A80" w14:paraId="2BCB4450" w14:textId="77777777" w:rsidTr="00ED5A80">
        <w:trPr>
          <w:jc w:val="center"/>
        </w:trPr>
        <w:tc>
          <w:tcPr>
            <w:tcW w:w="2972" w:type="dxa"/>
            <w:tcMar>
              <w:top w:w="65" w:type="dxa"/>
              <w:left w:w="75" w:type="dxa"/>
              <w:bottom w:w="65" w:type="dxa"/>
              <w:right w:w="75" w:type="dxa"/>
            </w:tcMar>
            <w:vAlign w:val="center"/>
          </w:tcPr>
          <w:p w14:paraId="3D5F4C73" w14:textId="6F6F6329" w:rsidR="00ED5A80" w:rsidRDefault="00ED5A80" w:rsidP="00AF6E39">
            <w:pPr>
              <w:spacing w:after="0"/>
            </w:pPr>
            <w:r>
              <w:rPr>
                <w:rFonts w:ascii="Arial" w:hAnsi="Arial"/>
                <w:sz w:val="17"/>
              </w:rPr>
              <w:t xml:space="preserve">Proposed role title </w:t>
            </w:r>
          </w:p>
        </w:tc>
        <w:tc>
          <w:tcPr>
            <w:tcW w:w="6946" w:type="dxa"/>
            <w:tcMar>
              <w:top w:w="65" w:type="dxa"/>
              <w:left w:w="75" w:type="dxa"/>
              <w:bottom w:w="65" w:type="dxa"/>
              <w:right w:w="75" w:type="dxa"/>
            </w:tcMar>
            <w:vAlign w:val="center"/>
          </w:tcPr>
          <w:p w14:paraId="0C04B61E" w14:textId="77777777" w:rsidR="00ED5A80" w:rsidRDefault="00ED5A80" w:rsidP="00AF6E39">
            <w:pPr>
              <w:spacing w:after="0"/>
            </w:pPr>
          </w:p>
        </w:tc>
      </w:tr>
      <w:tr w:rsidR="00ED5A80" w14:paraId="34125CD5" w14:textId="77777777" w:rsidTr="00ED5A80">
        <w:trPr>
          <w:jc w:val="center"/>
        </w:trPr>
        <w:tc>
          <w:tcPr>
            <w:tcW w:w="2972" w:type="dxa"/>
            <w:shd w:val="clear" w:color="auto" w:fill="F2F4F5"/>
            <w:tcMar>
              <w:top w:w="65" w:type="dxa"/>
              <w:left w:w="75" w:type="dxa"/>
              <w:bottom w:w="65" w:type="dxa"/>
              <w:right w:w="75" w:type="dxa"/>
            </w:tcMar>
            <w:vAlign w:val="center"/>
          </w:tcPr>
          <w:p w14:paraId="3008795F" w14:textId="77777777" w:rsidR="00ED5A80" w:rsidRDefault="00ED5A80" w:rsidP="00AF6E39">
            <w:pPr>
              <w:spacing w:after="0"/>
            </w:pPr>
            <w:r>
              <w:rPr>
                <w:rFonts w:ascii="Arial" w:hAnsi="Arial"/>
                <w:sz w:val="17"/>
              </w:rPr>
              <w:t>Number of trainees</w:t>
            </w:r>
          </w:p>
        </w:tc>
        <w:tc>
          <w:tcPr>
            <w:tcW w:w="6946" w:type="dxa"/>
            <w:shd w:val="clear" w:color="auto" w:fill="F2F4F5"/>
            <w:tcMar>
              <w:top w:w="65" w:type="dxa"/>
              <w:left w:w="75" w:type="dxa"/>
              <w:bottom w:w="65" w:type="dxa"/>
              <w:right w:w="75" w:type="dxa"/>
            </w:tcMar>
            <w:vAlign w:val="center"/>
          </w:tcPr>
          <w:p w14:paraId="5024EFDA" w14:textId="77777777" w:rsidR="00ED5A80" w:rsidRDefault="00ED5A80" w:rsidP="00AF6E39">
            <w:pPr>
              <w:spacing w:after="0"/>
            </w:pPr>
          </w:p>
        </w:tc>
      </w:tr>
      <w:tr w:rsidR="00ED5A80" w14:paraId="7DCF08C0" w14:textId="77777777" w:rsidTr="00ED5A80">
        <w:trPr>
          <w:jc w:val="center"/>
        </w:trPr>
        <w:tc>
          <w:tcPr>
            <w:tcW w:w="2972" w:type="dxa"/>
            <w:tcMar>
              <w:top w:w="65" w:type="dxa"/>
              <w:left w:w="75" w:type="dxa"/>
              <w:bottom w:w="65" w:type="dxa"/>
              <w:right w:w="75" w:type="dxa"/>
            </w:tcMar>
            <w:vAlign w:val="center"/>
          </w:tcPr>
          <w:p w14:paraId="3F801AAA" w14:textId="77777777" w:rsidR="00ED5A80" w:rsidRDefault="00ED5A80" w:rsidP="00AF6E39">
            <w:pPr>
              <w:spacing w:after="0"/>
            </w:pPr>
            <w:r>
              <w:rPr>
                <w:rFonts w:ascii="Arial" w:hAnsi="Arial"/>
                <w:sz w:val="17"/>
              </w:rPr>
              <w:t>Full-time or part-time</w:t>
            </w:r>
          </w:p>
        </w:tc>
        <w:tc>
          <w:tcPr>
            <w:tcW w:w="6946" w:type="dxa"/>
            <w:tcMar>
              <w:top w:w="65" w:type="dxa"/>
              <w:left w:w="75" w:type="dxa"/>
              <w:bottom w:w="65" w:type="dxa"/>
              <w:right w:w="75" w:type="dxa"/>
            </w:tcMar>
            <w:vAlign w:val="center"/>
          </w:tcPr>
          <w:p w14:paraId="308BC9F2" w14:textId="77777777" w:rsidR="00ED5A80" w:rsidRDefault="00ED5A80" w:rsidP="00AF6E39">
            <w:pPr>
              <w:spacing w:after="0"/>
            </w:pPr>
          </w:p>
        </w:tc>
      </w:tr>
      <w:tr w:rsidR="00ED5A80" w14:paraId="7CC970EA" w14:textId="77777777" w:rsidTr="00ED5A80">
        <w:trPr>
          <w:jc w:val="center"/>
        </w:trPr>
        <w:tc>
          <w:tcPr>
            <w:tcW w:w="2972" w:type="dxa"/>
            <w:tcMar>
              <w:top w:w="65" w:type="dxa"/>
              <w:left w:w="75" w:type="dxa"/>
              <w:bottom w:w="65" w:type="dxa"/>
              <w:right w:w="75" w:type="dxa"/>
            </w:tcMar>
            <w:vAlign w:val="center"/>
          </w:tcPr>
          <w:p w14:paraId="72098CF9" w14:textId="470D22C2" w:rsidR="00ED5A80" w:rsidRDefault="00ED5A80" w:rsidP="00AF6E39">
            <w:pPr>
              <w:spacing w:after="0"/>
              <w:rPr>
                <w:rFonts w:ascii="Arial" w:hAnsi="Arial"/>
                <w:sz w:val="17"/>
              </w:rPr>
            </w:pPr>
            <w:r>
              <w:rPr>
                <w:rFonts w:ascii="Arial" w:hAnsi="Arial"/>
                <w:sz w:val="17"/>
              </w:rPr>
              <w:t xml:space="preserve">Australian School Based Apprentice (Trainee) or not </w:t>
            </w:r>
          </w:p>
        </w:tc>
        <w:tc>
          <w:tcPr>
            <w:tcW w:w="6946" w:type="dxa"/>
            <w:tcMar>
              <w:top w:w="65" w:type="dxa"/>
              <w:left w:w="75" w:type="dxa"/>
              <w:bottom w:w="65" w:type="dxa"/>
              <w:right w:w="75" w:type="dxa"/>
            </w:tcMar>
            <w:vAlign w:val="center"/>
          </w:tcPr>
          <w:p w14:paraId="73722384" w14:textId="77777777" w:rsidR="00ED5A80" w:rsidRDefault="00ED5A80" w:rsidP="00AF6E39">
            <w:pPr>
              <w:spacing w:after="0"/>
            </w:pPr>
          </w:p>
        </w:tc>
      </w:tr>
      <w:tr w:rsidR="00ED5A80" w14:paraId="5704DAE1" w14:textId="77777777" w:rsidTr="00ED5A80">
        <w:trPr>
          <w:jc w:val="center"/>
        </w:trPr>
        <w:tc>
          <w:tcPr>
            <w:tcW w:w="2972" w:type="dxa"/>
            <w:shd w:val="clear" w:color="auto" w:fill="F2F4F5"/>
            <w:tcMar>
              <w:top w:w="65" w:type="dxa"/>
              <w:left w:w="75" w:type="dxa"/>
              <w:bottom w:w="65" w:type="dxa"/>
              <w:right w:w="75" w:type="dxa"/>
            </w:tcMar>
            <w:vAlign w:val="center"/>
          </w:tcPr>
          <w:p w14:paraId="0A8FA4AA" w14:textId="77777777" w:rsidR="00ED5A80" w:rsidRDefault="00ED5A80" w:rsidP="00AF6E39">
            <w:pPr>
              <w:spacing w:after="0"/>
            </w:pPr>
            <w:r>
              <w:rPr>
                <w:rFonts w:ascii="Arial" w:hAnsi="Arial"/>
                <w:sz w:val="17"/>
              </w:rPr>
              <w:t>Indicative hours</w:t>
            </w:r>
          </w:p>
        </w:tc>
        <w:tc>
          <w:tcPr>
            <w:tcW w:w="6946" w:type="dxa"/>
            <w:shd w:val="clear" w:color="auto" w:fill="F2F4F5"/>
            <w:tcMar>
              <w:top w:w="65" w:type="dxa"/>
              <w:left w:w="75" w:type="dxa"/>
              <w:bottom w:w="65" w:type="dxa"/>
              <w:right w:w="75" w:type="dxa"/>
            </w:tcMar>
            <w:vAlign w:val="center"/>
          </w:tcPr>
          <w:p w14:paraId="43ACCB6D" w14:textId="77777777" w:rsidR="00ED5A80" w:rsidRDefault="00ED5A80" w:rsidP="00AF6E39">
            <w:pPr>
              <w:spacing w:after="0"/>
            </w:pPr>
          </w:p>
        </w:tc>
      </w:tr>
      <w:tr w:rsidR="00ED5A80" w14:paraId="4D0F9EDD" w14:textId="77777777" w:rsidTr="00ED5A80">
        <w:trPr>
          <w:jc w:val="center"/>
        </w:trPr>
        <w:tc>
          <w:tcPr>
            <w:tcW w:w="2972" w:type="dxa"/>
            <w:tcMar>
              <w:top w:w="65" w:type="dxa"/>
              <w:left w:w="75" w:type="dxa"/>
              <w:bottom w:w="65" w:type="dxa"/>
              <w:right w:w="75" w:type="dxa"/>
            </w:tcMar>
            <w:vAlign w:val="center"/>
          </w:tcPr>
          <w:p w14:paraId="704DD21C" w14:textId="77777777" w:rsidR="00ED5A80" w:rsidRDefault="00ED5A80" w:rsidP="00AF6E39">
            <w:pPr>
              <w:spacing w:after="0"/>
            </w:pPr>
            <w:r>
              <w:rPr>
                <w:rFonts w:ascii="Arial" w:hAnsi="Arial"/>
                <w:sz w:val="17"/>
              </w:rPr>
              <w:t>Expected commencement</w:t>
            </w:r>
          </w:p>
        </w:tc>
        <w:tc>
          <w:tcPr>
            <w:tcW w:w="6946" w:type="dxa"/>
            <w:tcMar>
              <w:top w:w="65" w:type="dxa"/>
              <w:left w:w="75" w:type="dxa"/>
              <w:bottom w:w="65" w:type="dxa"/>
              <w:right w:w="75" w:type="dxa"/>
            </w:tcMar>
            <w:vAlign w:val="center"/>
          </w:tcPr>
          <w:p w14:paraId="74827D58" w14:textId="77777777" w:rsidR="00ED5A80" w:rsidRDefault="00ED5A80" w:rsidP="00AF6E39">
            <w:pPr>
              <w:spacing w:after="0"/>
            </w:pPr>
          </w:p>
        </w:tc>
      </w:tr>
      <w:tr w:rsidR="00ED5A80" w14:paraId="3F57D2E9" w14:textId="77777777" w:rsidTr="00ED5A80">
        <w:trPr>
          <w:jc w:val="center"/>
        </w:trPr>
        <w:tc>
          <w:tcPr>
            <w:tcW w:w="2972" w:type="dxa"/>
            <w:shd w:val="clear" w:color="auto" w:fill="F2F4F5"/>
            <w:tcMar>
              <w:top w:w="65" w:type="dxa"/>
              <w:left w:w="75" w:type="dxa"/>
              <w:bottom w:w="65" w:type="dxa"/>
              <w:right w:w="75" w:type="dxa"/>
            </w:tcMar>
            <w:vAlign w:val="center"/>
          </w:tcPr>
          <w:p w14:paraId="6B4E74E6" w14:textId="77777777" w:rsidR="00ED5A80" w:rsidRDefault="00ED5A80" w:rsidP="00AF6E39">
            <w:pPr>
              <w:spacing w:after="0"/>
            </w:pPr>
            <w:r>
              <w:rPr>
                <w:rFonts w:ascii="Arial" w:hAnsi="Arial"/>
                <w:sz w:val="17"/>
              </w:rPr>
              <w:t>Expected duration</w:t>
            </w:r>
          </w:p>
        </w:tc>
        <w:tc>
          <w:tcPr>
            <w:tcW w:w="6946" w:type="dxa"/>
            <w:shd w:val="clear" w:color="auto" w:fill="F2F4F5"/>
            <w:tcMar>
              <w:top w:w="65" w:type="dxa"/>
              <w:left w:w="75" w:type="dxa"/>
              <w:bottom w:w="65" w:type="dxa"/>
              <w:right w:w="75" w:type="dxa"/>
            </w:tcMar>
            <w:vAlign w:val="center"/>
          </w:tcPr>
          <w:p w14:paraId="3BE79BFB" w14:textId="77777777" w:rsidR="00ED5A80" w:rsidRDefault="00ED5A80" w:rsidP="00AF6E39">
            <w:pPr>
              <w:spacing w:after="0"/>
            </w:pPr>
          </w:p>
        </w:tc>
      </w:tr>
    </w:tbl>
    <w:p w14:paraId="0ACE2E39" w14:textId="77777777" w:rsidR="00ED5A80" w:rsidRDefault="00ED5A80" w:rsidP="00ED5A80">
      <w:pPr>
        <w:spacing w:after="40"/>
        <w:rPr>
          <w:b/>
          <w:color w:val="17365D"/>
        </w:rPr>
      </w:pPr>
    </w:p>
    <w:p w14:paraId="6F7A1710" w14:textId="5DFB3FDF" w:rsidR="00ED5A80" w:rsidRDefault="00ED5A80" w:rsidP="00ED5A80">
      <w:pPr>
        <w:spacing w:after="40"/>
      </w:pPr>
      <w:r>
        <w:rPr>
          <w:b/>
          <w:color w:val="17365D"/>
        </w:rPr>
        <w:t>What will the trainee do? List the main duties and how responsibility may grow over time.</w:t>
      </w:r>
    </w:p>
    <w:tbl>
      <w:tblPr>
        <w:tblW w:w="0" w:type="auto"/>
        <w:tblLook w:val="04A0" w:firstRow="1" w:lastRow="0" w:firstColumn="1" w:lastColumn="0" w:noHBand="0" w:noVBand="1"/>
      </w:tblPr>
      <w:tblGrid>
        <w:gridCol w:w="9746"/>
      </w:tblGrid>
      <w:tr w:rsidR="00ED5A80" w14:paraId="0759598D" w14:textId="77777777" w:rsidTr="00AF6E39">
        <w:trPr>
          <w:tblHeader/>
        </w:trPr>
        <w:tc>
          <w:tcPr>
            <w:tcW w:w="10368" w:type="dxa"/>
            <w:shd w:val="clear" w:color="auto" w:fill="FAFAFA"/>
            <w:tcMar>
              <w:top w:w="90" w:type="dxa"/>
              <w:left w:w="100" w:type="dxa"/>
              <w:bottom w:w="90" w:type="dxa"/>
              <w:right w:w="100" w:type="dxa"/>
            </w:tcMar>
          </w:tcPr>
          <w:p w14:paraId="39D3A478" w14:textId="77777777" w:rsidR="00ED5A80" w:rsidRDefault="00ED5A80" w:rsidP="00AF6E39">
            <w:r>
              <w:br/>
            </w:r>
            <w:r>
              <w:br/>
            </w:r>
            <w:r>
              <w:br/>
            </w:r>
          </w:p>
        </w:tc>
      </w:tr>
    </w:tbl>
    <w:p w14:paraId="3852AC9A" w14:textId="77777777" w:rsidR="00ED5A80" w:rsidRDefault="00ED5A80" w:rsidP="00ED5A80">
      <w:pPr>
        <w:spacing w:after="0"/>
      </w:pPr>
    </w:p>
    <w:p w14:paraId="56B46357" w14:textId="77777777" w:rsidR="00ED5A80" w:rsidRDefault="00ED5A80" w:rsidP="00ED5A80">
      <w:pPr>
        <w:pStyle w:val="Heading2"/>
      </w:pPr>
      <w:r>
        <w:t>3. Employment model</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2"/>
        <w:gridCol w:w="1080"/>
        <w:gridCol w:w="4086"/>
      </w:tblGrid>
      <w:tr w:rsidR="00ED5A80" w14:paraId="3BC63110" w14:textId="77777777" w:rsidTr="00ED5A80">
        <w:trPr>
          <w:tblHeader/>
          <w:jc w:val="center"/>
        </w:trPr>
        <w:tc>
          <w:tcPr>
            <w:tcW w:w="4752" w:type="dxa"/>
            <w:shd w:val="clear" w:color="auto" w:fill="17365D"/>
            <w:tcMar>
              <w:top w:w="65" w:type="dxa"/>
              <w:left w:w="75" w:type="dxa"/>
              <w:bottom w:w="65" w:type="dxa"/>
              <w:right w:w="75" w:type="dxa"/>
            </w:tcMar>
            <w:vAlign w:val="center"/>
          </w:tcPr>
          <w:p w14:paraId="6153E0D0" w14:textId="77777777" w:rsidR="00ED5A80" w:rsidRDefault="00ED5A80" w:rsidP="00AF6E39">
            <w:pPr>
              <w:spacing w:after="0"/>
            </w:pPr>
            <w:r>
              <w:rPr>
                <w:rFonts w:ascii="Arial" w:hAnsi="Arial"/>
                <w:b/>
                <w:color w:val="FFFFFF"/>
                <w:sz w:val="17"/>
              </w:rPr>
              <w:t>Option</w:t>
            </w:r>
          </w:p>
        </w:tc>
        <w:tc>
          <w:tcPr>
            <w:tcW w:w="1080" w:type="dxa"/>
            <w:shd w:val="clear" w:color="auto" w:fill="17365D"/>
            <w:tcMar>
              <w:top w:w="65" w:type="dxa"/>
              <w:left w:w="75" w:type="dxa"/>
              <w:bottom w:w="65" w:type="dxa"/>
              <w:right w:w="75" w:type="dxa"/>
            </w:tcMar>
            <w:vAlign w:val="center"/>
          </w:tcPr>
          <w:p w14:paraId="69E46E17" w14:textId="77777777" w:rsidR="00ED5A80" w:rsidRDefault="00ED5A80" w:rsidP="00AF6E39">
            <w:pPr>
              <w:spacing w:after="0"/>
            </w:pPr>
            <w:r>
              <w:rPr>
                <w:rFonts w:ascii="Arial" w:hAnsi="Arial"/>
                <w:b/>
                <w:color w:val="FFFFFF"/>
                <w:sz w:val="17"/>
              </w:rPr>
              <w:t>Select</w:t>
            </w:r>
          </w:p>
        </w:tc>
        <w:tc>
          <w:tcPr>
            <w:tcW w:w="4086" w:type="dxa"/>
            <w:shd w:val="clear" w:color="auto" w:fill="17365D"/>
            <w:tcMar>
              <w:top w:w="65" w:type="dxa"/>
              <w:left w:w="75" w:type="dxa"/>
              <w:bottom w:w="65" w:type="dxa"/>
              <w:right w:w="75" w:type="dxa"/>
            </w:tcMar>
            <w:vAlign w:val="center"/>
          </w:tcPr>
          <w:p w14:paraId="7B606316" w14:textId="77777777" w:rsidR="00ED5A80" w:rsidRDefault="00ED5A80" w:rsidP="00AF6E39">
            <w:pPr>
              <w:spacing w:after="0"/>
            </w:pPr>
            <w:r>
              <w:rPr>
                <w:rFonts w:ascii="Arial" w:hAnsi="Arial"/>
                <w:b/>
                <w:color w:val="FFFFFF"/>
                <w:sz w:val="17"/>
              </w:rPr>
              <w:t>Notes</w:t>
            </w:r>
          </w:p>
        </w:tc>
      </w:tr>
      <w:tr w:rsidR="00ED5A80" w14:paraId="20BB016E" w14:textId="77777777" w:rsidTr="00ED5A80">
        <w:trPr>
          <w:jc w:val="center"/>
        </w:trPr>
        <w:tc>
          <w:tcPr>
            <w:tcW w:w="4752" w:type="dxa"/>
            <w:tcMar>
              <w:top w:w="65" w:type="dxa"/>
              <w:left w:w="75" w:type="dxa"/>
              <w:bottom w:w="65" w:type="dxa"/>
              <w:right w:w="75" w:type="dxa"/>
            </w:tcMar>
            <w:vAlign w:val="center"/>
          </w:tcPr>
          <w:p w14:paraId="3D550635" w14:textId="77777777" w:rsidR="00ED5A80" w:rsidRDefault="00ED5A80" w:rsidP="00AF6E39">
            <w:pPr>
              <w:spacing w:after="0"/>
            </w:pPr>
            <w:r>
              <w:rPr>
                <w:rFonts w:ascii="Arial" w:hAnsi="Arial"/>
                <w:sz w:val="17"/>
              </w:rPr>
              <w:t>Direct employment by the organisation</w:t>
            </w:r>
          </w:p>
        </w:tc>
        <w:tc>
          <w:tcPr>
            <w:tcW w:w="1080" w:type="dxa"/>
            <w:tcMar>
              <w:top w:w="65" w:type="dxa"/>
              <w:left w:w="75" w:type="dxa"/>
              <w:bottom w:w="65" w:type="dxa"/>
              <w:right w:w="75" w:type="dxa"/>
            </w:tcMar>
            <w:vAlign w:val="center"/>
          </w:tcPr>
          <w:p w14:paraId="01DBFF77" w14:textId="60ACF3A4" w:rsidR="00ED5A80" w:rsidRDefault="00ED5A80" w:rsidP="00AF6E39">
            <w:pPr>
              <w:spacing w:after="0"/>
            </w:pPr>
            <w:r>
              <w:rPr>
                <w:rFonts w:ascii="Arial" w:hAnsi="Arial"/>
                <w:sz w:val="17"/>
              </w:rPr>
              <w:t>yes/no</w:t>
            </w:r>
          </w:p>
        </w:tc>
        <w:tc>
          <w:tcPr>
            <w:tcW w:w="4086" w:type="dxa"/>
            <w:tcMar>
              <w:top w:w="65" w:type="dxa"/>
              <w:left w:w="75" w:type="dxa"/>
              <w:bottom w:w="65" w:type="dxa"/>
              <w:right w:w="75" w:type="dxa"/>
            </w:tcMar>
            <w:vAlign w:val="center"/>
          </w:tcPr>
          <w:p w14:paraId="6FE43465" w14:textId="77777777" w:rsidR="00ED5A80" w:rsidRDefault="00ED5A80" w:rsidP="00AF6E39">
            <w:pPr>
              <w:spacing w:after="0"/>
            </w:pPr>
          </w:p>
        </w:tc>
      </w:tr>
      <w:tr w:rsidR="00ED5A80" w14:paraId="73DE272B" w14:textId="77777777" w:rsidTr="00ED5A80">
        <w:trPr>
          <w:jc w:val="center"/>
        </w:trPr>
        <w:tc>
          <w:tcPr>
            <w:tcW w:w="4752" w:type="dxa"/>
            <w:shd w:val="clear" w:color="auto" w:fill="F2F4F5"/>
            <w:tcMar>
              <w:top w:w="65" w:type="dxa"/>
              <w:left w:w="75" w:type="dxa"/>
              <w:bottom w:w="65" w:type="dxa"/>
              <w:right w:w="75" w:type="dxa"/>
            </w:tcMar>
            <w:vAlign w:val="center"/>
          </w:tcPr>
          <w:p w14:paraId="41329162" w14:textId="77777777" w:rsidR="00ED5A80" w:rsidRDefault="00ED5A80" w:rsidP="00AF6E39">
            <w:pPr>
              <w:spacing w:after="0"/>
            </w:pPr>
            <w:r>
              <w:rPr>
                <w:rFonts w:ascii="Arial" w:hAnsi="Arial"/>
                <w:sz w:val="17"/>
              </w:rPr>
              <w:t>Hosting through a Group Training Organisation</w:t>
            </w:r>
          </w:p>
        </w:tc>
        <w:tc>
          <w:tcPr>
            <w:tcW w:w="1080" w:type="dxa"/>
            <w:shd w:val="clear" w:color="auto" w:fill="F2F4F5"/>
            <w:tcMar>
              <w:top w:w="65" w:type="dxa"/>
              <w:left w:w="75" w:type="dxa"/>
              <w:bottom w:w="65" w:type="dxa"/>
              <w:right w:w="75" w:type="dxa"/>
            </w:tcMar>
            <w:vAlign w:val="center"/>
          </w:tcPr>
          <w:p w14:paraId="4C002DD3" w14:textId="69CDE4DD" w:rsidR="00ED5A80" w:rsidRDefault="00ED5A80" w:rsidP="00AF6E39">
            <w:pPr>
              <w:spacing w:after="0"/>
            </w:pPr>
            <w:r>
              <w:rPr>
                <w:rFonts w:ascii="Arial" w:hAnsi="Arial"/>
                <w:sz w:val="17"/>
              </w:rPr>
              <w:t>yes/no</w:t>
            </w:r>
          </w:p>
        </w:tc>
        <w:tc>
          <w:tcPr>
            <w:tcW w:w="4086" w:type="dxa"/>
            <w:shd w:val="clear" w:color="auto" w:fill="F2F4F5"/>
            <w:tcMar>
              <w:top w:w="65" w:type="dxa"/>
              <w:left w:w="75" w:type="dxa"/>
              <w:bottom w:w="65" w:type="dxa"/>
              <w:right w:w="75" w:type="dxa"/>
            </w:tcMar>
            <w:vAlign w:val="center"/>
          </w:tcPr>
          <w:p w14:paraId="3DEACD98" w14:textId="77777777" w:rsidR="00ED5A80" w:rsidRDefault="00ED5A80" w:rsidP="00AF6E39">
            <w:pPr>
              <w:spacing w:after="0"/>
            </w:pPr>
          </w:p>
        </w:tc>
      </w:tr>
      <w:tr w:rsidR="00ED5A80" w14:paraId="3CBD4169" w14:textId="77777777" w:rsidTr="00ED5A80">
        <w:trPr>
          <w:jc w:val="center"/>
        </w:trPr>
        <w:tc>
          <w:tcPr>
            <w:tcW w:w="4752" w:type="dxa"/>
            <w:tcMar>
              <w:top w:w="65" w:type="dxa"/>
              <w:left w:w="75" w:type="dxa"/>
              <w:bottom w:w="65" w:type="dxa"/>
              <w:right w:w="75" w:type="dxa"/>
            </w:tcMar>
            <w:vAlign w:val="center"/>
          </w:tcPr>
          <w:p w14:paraId="2C918C7E" w14:textId="77777777" w:rsidR="00ED5A80" w:rsidRDefault="00ED5A80" w:rsidP="00AF6E39">
            <w:pPr>
              <w:spacing w:after="0"/>
            </w:pPr>
            <w:r>
              <w:rPr>
                <w:rFonts w:ascii="Arial" w:hAnsi="Arial"/>
                <w:sz w:val="17"/>
              </w:rPr>
              <w:t>Still exploring both options</w:t>
            </w:r>
          </w:p>
        </w:tc>
        <w:tc>
          <w:tcPr>
            <w:tcW w:w="1080" w:type="dxa"/>
            <w:tcMar>
              <w:top w:w="65" w:type="dxa"/>
              <w:left w:w="75" w:type="dxa"/>
              <w:bottom w:w="65" w:type="dxa"/>
              <w:right w:w="75" w:type="dxa"/>
            </w:tcMar>
            <w:vAlign w:val="center"/>
          </w:tcPr>
          <w:p w14:paraId="66C77897" w14:textId="7EDC819B" w:rsidR="00ED5A80" w:rsidRDefault="00ED5A80" w:rsidP="00AF6E39">
            <w:pPr>
              <w:spacing w:after="0"/>
            </w:pPr>
            <w:r>
              <w:rPr>
                <w:rFonts w:ascii="Arial" w:hAnsi="Arial"/>
                <w:sz w:val="17"/>
              </w:rPr>
              <w:t xml:space="preserve">yes/no </w:t>
            </w:r>
          </w:p>
        </w:tc>
        <w:tc>
          <w:tcPr>
            <w:tcW w:w="4086" w:type="dxa"/>
            <w:tcMar>
              <w:top w:w="65" w:type="dxa"/>
              <w:left w:w="75" w:type="dxa"/>
              <w:bottom w:w="65" w:type="dxa"/>
              <w:right w:w="75" w:type="dxa"/>
            </w:tcMar>
            <w:vAlign w:val="center"/>
          </w:tcPr>
          <w:p w14:paraId="0D6A2940" w14:textId="77777777" w:rsidR="00ED5A80" w:rsidRDefault="00ED5A80" w:rsidP="00AF6E39">
            <w:pPr>
              <w:spacing w:after="0"/>
            </w:pPr>
          </w:p>
        </w:tc>
      </w:tr>
    </w:tbl>
    <w:p w14:paraId="7D4F4DD1" w14:textId="77777777" w:rsidR="00ED5A80" w:rsidRDefault="00ED5A80" w:rsidP="00ED5A80">
      <w:pPr>
        <w:spacing w:after="40"/>
        <w:rPr>
          <w:b/>
          <w:color w:val="17365D"/>
        </w:rPr>
      </w:pPr>
    </w:p>
    <w:p w14:paraId="438325B9" w14:textId="6C6517CF" w:rsidR="00ED5A80" w:rsidRDefault="00ED5A80" w:rsidP="00ED5A80">
      <w:pPr>
        <w:spacing w:after="40"/>
      </w:pPr>
      <w:r>
        <w:rPr>
          <w:b/>
          <w:color w:val="17365D"/>
        </w:rPr>
        <w:t>Why does this appear to be the best option at this stage?</w:t>
      </w:r>
    </w:p>
    <w:tbl>
      <w:tblPr>
        <w:tblW w:w="0" w:type="auto"/>
        <w:tblLook w:val="04A0" w:firstRow="1" w:lastRow="0" w:firstColumn="1" w:lastColumn="0" w:noHBand="0" w:noVBand="1"/>
      </w:tblPr>
      <w:tblGrid>
        <w:gridCol w:w="9746"/>
      </w:tblGrid>
      <w:tr w:rsidR="00ED5A80" w14:paraId="6BD06A15" w14:textId="77777777" w:rsidTr="00AF6E39">
        <w:trPr>
          <w:tblHeader/>
        </w:trPr>
        <w:tc>
          <w:tcPr>
            <w:tcW w:w="10368" w:type="dxa"/>
            <w:shd w:val="clear" w:color="auto" w:fill="FAFAFA"/>
            <w:tcMar>
              <w:top w:w="90" w:type="dxa"/>
              <w:left w:w="100" w:type="dxa"/>
              <w:bottom w:w="90" w:type="dxa"/>
              <w:right w:w="100" w:type="dxa"/>
            </w:tcMar>
          </w:tcPr>
          <w:p w14:paraId="194AF61D" w14:textId="77777777" w:rsidR="00ED5A80" w:rsidRDefault="00ED5A80" w:rsidP="00AF6E39">
            <w:r>
              <w:lastRenderedPageBreak/>
              <w:br/>
            </w:r>
            <w:r>
              <w:br/>
            </w:r>
          </w:p>
        </w:tc>
      </w:tr>
    </w:tbl>
    <w:p w14:paraId="3582A6A2" w14:textId="77777777" w:rsidR="00ED5A80" w:rsidRDefault="00ED5A80" w:rsidP="00ED5A80">
      <w:pPr>
        <w:spacing w:after="0"/>
      </w:pPr>
    </w:p>
    <w:p w14:paraId="6EF893CE" w14:textId="77777777" w:rsidR="00ED5A80" w:rsidRDefault="00ED5A80" w:rsidP="00ED5A80">
      <w:pPr>
        <w:spacing w:after="40"/>
        <w:rPr>
          <w:b/>
          <w:color w:val="17365D"/>
        </w:rPr>
      </w:pPr>
    </w:p>
    <w:p w14:paraId="703F6A31" w14:textId="6669413C" w:rsidR="00ED5A80" w:rsidRDefault="00ED5A80" w:rsidP="00ED5A80">
      <w:pPr>
        <w:spacing w:after="40"/>
      </w:pPr>
      <w:r>
        <w:rPr>
          <w:b/>
          <w:color w:val="17365D"/>
        </w:rPr>
        <w:t>What still needs to be confirmed, and who will help?</w:t>
      </w:r>
    </w:p>
    <w:tbl>
      <w:tblPr>
        <w:tblW w:w="0" w:type="auto"/>
        <w:tblLook w:val="04A0" w:firstRow="1" w:lastRow="0" w:firstColumn="1" w:lastColumn="0" w:noHBand="0" w:noVBand="1"/>
      </w:tblPr>
      <w:tblGrid>
        <w:gridCol w:w="9746"/>
      </w:tblGrid>
      <w:tr w:rsidR="00ED5A80" w14:paraId="7EE9518E" w14:textId="77777777" w:rsidTr="00AF6E39">
        <w:trPr>
          <w:tblHeader/>
        </w:trPr>
        <w:tc>
          <w:tcPr>
            <w:tcW w:w="10368" w:type="dxa"/>
            <w:shd w:val="clear" w:color="auto" w:fill="FAFAFA"/>
            <w:tcMar>
              <w:top w:w="90" w:type="dxa"/>
              <w:left w:w="100" w:type="dxa"/>
              <w:bottom w:w="90" w:type="dxa"/>
              <w:right w:w="100" w:type="dxa"/>
            </w:tcMar>
          </w:tcPr>
          <w:p w14:paraId="4BD9D5BB" w14:textId="77777777" w:rsidR="00ED5A80" w:rsidRDefault="00ED5A80" w:rsidP="00AF6E39">
            <w:r>
              <w:br/>
            </w:r>
            <w:r>
              <w:br/>
            </w:r>
          </w:p>
        </w:tc>
      </w:tr>
    </w:tbl>
    <w:p w14:paraId="57EAA0A2" w14:textId="77777777" w:rsidR="00ED5A80" w:rsidRDefault="00ED5A80" w:rsidP="00ED5A80">
      <w:pPr>
        <w:spacing w:after="0"/>
      </w:pPr>
    </w:p>
    <w:p w14:paraId="5F213DFE" w14:textId="77777777" w:rsidR="00ED5A80" w:rsidRDefault="00ED5A80" w:rsidP="00ED5A80">
      <w:pPr>
        <w:pStyle w:val="Heading2"/>
      </w:pPr>
      <w:r>
        <w:t>4. Qualification and training</w:t>
      </w:r>
    </w:p>
    <w:tbl>
      <w:tblPr>
        <w:tblW w:w="10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6260"/>
      </w:tblGrid>
      <w:tr w:rsidR="00ED5A80" w14:paraId="53857FC2" w14:textId="77777777" w:rsidTr="001E46D9">
        <w:trPr>
          <w:tblHeader/>
          <w:jc w:val="center"/>
        </w:trPr>
        <w:tc>
          <w:tcPr>
            <w:tcW w:w="3827" w:type="dxa"/>
            <w:shd w:val="clear" w:color="auto" w:fill="17365D"/>
            <w:tcMar>
              <w:top w:w="65" w:type="dxa"/>
              <w:left w:w="75" w:type="dxa"/>
              <w:bottom w:w="65" w:type="dxa"/>
              <w:right w:w="75" w:type="dxa"/>
            </w:tcMar>
            <w:vAlign w:val="center"/>
          </w:tcPr>
          <w:p w14:paraId="19541CA2" w14:textId="77777777" w:rsidR="00ED5A80" w:rsidRDefault="00ED5A80" w:rsidP="00AF6E39">
            <w:pPr>
              <w:spacing w:after="0"/>
            </w:pPr>
            <w:r>
              <w:rPr>
                <w:rFonts w:ascii="Arial" w:hAnsi="Arial"/>
                <w:b/>
                <w:color w:val="FFFFFF"/>
                <w:sz w:val="17"/>
              </w:rPr>
              <w:t>Planning item</w:t>
            </w:r>
          </w:p>
        </w:tc>
        <w:tc>
          <w:tcPr>
            <w:tcW w:w="6260" w:type="dxa"/>
            <w:shd w:val="clear" w:color="auto" w:fill="17365D"/>
            <w:tcMar>
              <w:top w:w="65" w:type="dxa"/>
              <w:left w:w="75" w:type="dxa"/>
              <w:bottom w:w="65" w:type="dxa"/>
              <w:right w:w="75" w:type="dxa"/>
            </w:tcMar>
            <w:vAlign w:val="center"/>
          </w:tcPr>
          <w:p w14:paraId="4ADB20C8" w14:textId="761A670A" w:rsidR="00ED5A80" w:rsidRDefault="00ED5A80" w:rsidP="00AF6E39">
            <w:pPr>
              <w:spacing w:after="0"/>
            </w:pPr>
            <w:r>
              <w:rPr>
                <w:rFonts w:ascii="Arial" w:hAnsi="Arial"/>
                <w:b/>
                <w:color w:val="FFFFFF"/>
                <w:sz w:val="17"/>
              </w:rPr>
              <w:t xml:space="preserve">Current proposal/ notes </w:t>
            </w:r>
          </w:p>
        </w:tc>
      </w:tr>
      <w:tr w:rsidR="00ED5A80" w14:paraId="53AC23F8" w14:textId="77777777" w:rsidTr="001E46D9">
        <w:trPr>
          <w:jc w:val="center"/>
        </w:trPr>
        <w:tc>
          <w:tcPr>
            <w:tcW w:w="3827" w:type="dxa"/>
            <w:tcMar>
              <w:top w:w="65" w:type="dxa"/>
              <w:left w:w="75" w:type="dxa"/>
              <w:bottom w:w="65" w:type="dxa"/>
              <w:right w:w="75" w:type="dxa"/>
            </w:tcMar>
            <w:vAlign w:val="center"/>
          </w:tcPr>
          <w:p w14:paraId="43830CEB" w14:textId="77777777" w:rsidR="00ED5A80" w:rsidRDefault="00ED5A80" w:rsidP="00AF6E39">
            <w:pPr>
              <w:spacing w:after="0"/>
            </w:pPr>
            <w:r>
              <w:rPr>
                <w:rFonts w:ascii="Arial" w:hAnsi="Arial"/>
                <w:sz w:val="17"/>
              </w:rPr>
              <w:t>Likely qualification or field of training</w:t>
            </w:r>
          </w:p>
        </w:tc>
        <w:tc>
          <w:tcPr>
            <w:tcW w:w="6260" w:type="dxa"/>
            <w:tcMar>
              <w:top w:w="65" w:type="dxa"/>
              <w:left w:w="75" w:type="dxa"/>
              <w:bottom w:w="65" w:type="dxa"/>
              <w:right w:w="75" w:type="dxa"/>
            </w:tcMar>
            <w:vAlign w:val="center"/>
          </w:tcPr>
          <w:p w14:paraId="15936C3D" w14:textId="77777777" w:rsidR="00ED5A80" w:rsidRDefault="00ED5A80" w:rsidP="00AF6E39">
            <w:pPr>
              <w:spacing w:after="0"/>
            </w:pPr>
          </w:p>
        </w:tc>
      </w:tr>
      <w:tr w:rsidR="00ED5A80" w14:paraId="0EF004D7" w14:textId="77777777" w:rsidTr="001E46D9">
        <w:trPr>
          <w:jc w:val="center"/>
        </w:trPr>
        <w:tc>
          <w:tcPr>
            <w:tcW w:w="3827" w:type="dxa"/>
            <w:tcMar>
              <w:top w:w="65" w:type="dxa"/>
              <w:left w:w="75" w:type="dxa"/>
              <w:bottom w:w="65" w:type="dxa"/>
              <w:right w:w="75" w:type="dxa"/>
            </w:tcMar>
            <w:vAlign w:val="center"/>
          </w:tcPr>
          <w:p w14:paraId="5E8E5236" w14:textId="77777777" w:rsidR="00ED5A80" w:rsidRDefault="00ED5A80" w:rsidP="00AF6E39">
            <w:pPr>
              <w:spacing w:after="0"/>
            </w:pPr>
            <w:r>
              <w:rPr>
                <w:rFonts w:ascii="Arial" w:hAnsi="Arial"/>
                <w:sz w:val="17"/>
              </w:rPr>
              <w:t>Potential RTO</w:t>
            </w:r>
          </w:p>
        </w:tc>
        <w:tc>
          <w:tcPr>
            <w:tcW w:w="6260" w:type="dxa"/>
            <w:tcMar>
              <w:top w:w="65" w:type="dxa"/>
              <w:left w:w="75" w:type="dxa"/>
              <w:bottom w:w="65" w:type="dxa"/>
              <w:right w:w="75" w:type="dxa"/>
            </w:tcMar>
            <w:vAlign w:val="center"/>
          </w:tcPr>
          <w:p w14:paraId="14F4D084" w14:textId="77777777" w:rsidR="00ED5A80" w:rsidRDefault="00ED5A80" w:rsidP="00AF6E39">
            <w:pPr>
              <w:spacing w:after="0"/>
            </w:pPr>
          </w:p>
        </w:tc>
      </w:tr>
      <w:tr w:rsidR="00ED5A80" w14:paraId="1B39D2E8" w14:textId="77777777" w:rsidTr="001E46D9">
        <w:trPr>
          <w:jc w:val="center"/>
        </w:trPr>
        <w:tc>
          <w:tcPr>
            <w:tcW w:w="3827" w:type="dxa"/>
            <w:shd w:val="clear" w:color="auto" w:fill="F2F4F5"/>
            <w:tcMar>
              <w:top w:w="65" w:type="dxa"/>
              <w:left w:w="75" w:type="dxa"/>
              <w:bottom w:w="65" w:type="dxa"/>
              <w:right w:w="75" w:type="dxa"/>
            </w:tcMar>
            <w:vAlign w:val="center"/>
          </w:tcPr>
          <w:p w14:paraId="28F65804" w14:textId="77777777" w:rsidR="00ED5A80" w:rsidRDefault="00ED5A80" w:rsidP="00AF6E39">
            <w:pPr>
              <w:spacing w:after="0"/>
            </w:pPr>
            <w:r>
              <w:rPr>
                <w:rFonts w:ascii="Arial" w:hAnsi="Arial"/>
                <w:sz w:val="17"/>
              </w:rPr>
              <w:t>Preferred delivery approach</w:t>
            </w:r>
          </w:p>
        </w:tc>
        <w:tc>
          <w:tcPr>
            <w:tcW w:w="6260" w:type="dxa"/>
            <w:shd w:val="clear" w:color="auto" w:fill="F2F4F5"/>
            <w:tcMar>
              <w:top w:w="65" w:type="dxa"/>
              <w:left w:w="75" w:type="dxa"/>
              <w:bottom w:w="65" w:type="dxa"/>
              <w:right w:w="75" w:type="dxa"/>
            </w:tcMar>
            <w:vAlign w:val="center"/>
          </w:tcPr>
          <w:p w14:paraId="0D9B55DE" w14:textId="77777777" w:rsidR="00ED5A80" w:rsidRDefault="00ED5A80" w:rsidP="00AF6E39">
            <w:pPr>
              <w:spacing w:after="0"/>
            </w:pPr>
          </w:p>
        </w:tc>
      </w:tr>
      <w:tr w:rsidR="00ED5A80" w14:paraId="73917865" w14:textId="77777777" w:rsidTr="001E46D9">
        <w:trPr>
          <w:jc w:val="center"/>
        </w:trPr>
        <w:tc>
          <w:tcPr>
            <w:tcW w:w="3827" w:type="dxa"/>
            <w:tcMar>
              <w:top w:w="65" w:type="dxa"/>
              <w:left w:w="75" w:type="dxa"/>
              <w:bottom w:w="65" w:type="dxa"/>
              <w:right w:w="75" w:type="dxa"/>
            </w:tcMar>
            <w:vAlign w:val="center"/>
          </w:tcPr>
          <w:p w14:paraId="145CDD09" w14:textId="77777777" w:rsidR="00ED5A80" w:rsidRDefault="00ED5A80" w:rsidP="00AF6E39">
            <w:pPr>
              <w:spacing w:after="0"/>
            </w:pPr>
            <w:r>
              <w:rPr>
                <w:rFonts w:ascii="Arial" w:hAnsi="Arial"/>
                <w:sz w:val="17"/>
              </w:rPr>
              <w:t>Apprentice Connect Australia Provider contacted?</w:t>
            </w:r>
          </w:p>
        </w:tc>
        <w:tc>
          <w:tcPr>
            <w:tcW w:w="6260" w:type="dxa"/>
            <w:tcMar>
              <w:top w:w="65" w:type="dxa"/>
              <w:left w:w="75" w:type="dxa"/>
              <w:bottom w:w="65" w:type="dxa"/>
              <w:right w:w="75" w:type="dxa"/>
            </w:tcMar>
            <w:vAlign w:val="center"/>
          </w:tcPr>
          <w:p w14:paraId="49985213" w14:textId="6A08F149" w:rsidR="00ED5A80" w:rsidRDefault="00ED5A80" w:rsidP="00AF6E39">
            <w:pPr>
              <w:spacing w:after="0"/>
            </w:pPr>
          </w:p>
        </w:tc>
      </w:tr>
      <w:tr w:rsidR="00ED5A80" w14:paraId="3AC8EF8D" w14:textId="77777777" w:rsidTr="001E46D9">
        <w:trPr>
          <w:jc w:val="center"/>
        </w:trPr>
        <w:tc>
          <w:tcPr>
            <w:tcW w:w="3827" w:type="dxa"/>
            <w:shd w:val="clear" w:color="auto" w:fill="F2F4F5"/>
            <w:tcMar>
              <w:top w:w="65" w:type="dxa"/>
              <w:left w:w="75" w:type="dxa"/>
              <w:bottom w:w="65" w:type="dxa"/>
              <w:right w:w="75" w:type="dxa"/>
            </w:tcMar>
            <w:vAlign w:val="center"/>
          </w:tcPr>
          <w:p w14:paraId="2EC49E33" w14:textId="77777777" w:rsidR="00ED5A80" w:rsidRDefault="00ED5A80" w:rsidP="00AF6E39">
            <w:pPr>
              <w:spacing w:after="0"/>
            </w:pPr>
            <w:r>
              <w:rPr>
                <w:rFonts w:ascii="Arial" w:hAnsi="Arial"/>
                <w:sz w:val="17"/>
              </w:rPr>
              <w:t>Key training questions still to resolve</w:t>
            </w:r>
          </w:p>
        </w:tc>
        <w:tc>
          <w:tcPr>
            <w:tcW w:w="6260" w:type="dxa"/>
            <w:shd w:val="clear" w:color="auto" w:fill="F2F4F5"/>
            <w:tcMar>
              <w:top w:w="65" w:type="dxa"/>
              <w:left w:w="75" w:type="dxa"/>
              <w:bottom w:w="65" w:type="dxa"/>
              <w:right w:w="75" w:type="dxa"/>
            </w:tcMar>
            <w:vAlign w:val="center"/>
          </w:tcPr>
          <w:p w14:paraId="47F5C665" w14:textId="77777777" w:rsidR="00ED5A80" w:rsidRDefault="00ED5A80" w:rsidP="00AF6E39">
            <w:pPr>
              <w:spacing w:after="0"/>
            </w:pPr>
          </w:p>
        </w:tc>
      </w:tr>
    </w:tbl>
    <w:p w14:paraId="0B6F93CE" w14:textId="77777777" w:rsidR="00ED5A80" w:rsidRDefault="00ED5A80" w:rsidP="00ED5A80">
      <w:pPr>
        <w:spacing w:after="40"/>
        <w:rPr>
          <w:b/>
          <w:color w:val="17365D"/>
        </w:rPr>
      </w:pPr>
    </w:p>
    <w:p w14:paraId="499ACC6A" w14:textId="521BB159" w:rsidR="00ED5A80" w:rsidRDefault="00ED5A80" w:rsidP="00ED5A80">
      <w:pPr>
        <w:spacing w:after="40"/>
      </w:pPr>
      <w:r>
        <w:rPr>
          <w:b/>
          <w:color w:val="17365D"/>
        </w:rPr>
        <w:t>How does the likely qualification align with the duties of the role?</w:t>
      </w:r>
    </w:p>
    <w:tbl>
      <w:tblPr>
        <w:tblW w:w="0" w:type="auto"/>
        <w:tblLook w:val="04A0" w:firstRow="1" w:lastRow="0" w:firstColumn="1" w:lastColumn="0" w:noHBand="0" w:noVBand="1"/>
      </w:tblPr>
      <w:tblGrid>
        <w:gridCol w:w="9746"/>
      </w:tblGrid>
      <w:tr w:rsidR="00ED5A80" w14:paraId="7E650DD7" w14:textId="77777777" w:rsidTr="00AF6E39">
        <w:trPr>
          <w:tblHeader/>
        </w:trPr>
        <w:tc>
          <w:tcPr>
            <w:tcW w:w="10368" w:type="dxa"/>
            <w:shd w:val="clear" w:color="auto" w:fill="FAFAFA"/>
            <w:tcMar>
              <w:top w:w="90" w:type="dxa"/>
              <w:left w:w="100" w:type="dxa"/>
              <w:bottom w:w="90" w:type="dxa"/>
              <w:right w:w="100" w:type="dxa"/>
            </w:tcMar>
          </w:tcPr>
          <w:p w14:paraId="52A0D054" w14:textId="77777777" w:rsidR="00ED5A80" w:rsidRDefault="00ED5A80" w:rsidP="00AF6E39">
            <w:r>
              <w:br/>
            </w:r>
            <w:r>
              <w:br/>
            </w:r>
          </w:p>
        </w:tc>
      </w:tr>
    </w:tbl>
    <w:p w14:paraId="05D0DD75" w14:textId="77777777" w:rsidR="00ED5A80" w:rsidRDefault="00ED5A80" w:rsidP="00ED5A80">
      <w:pPr>
        <w:spacing w:after="0"/>
      </w:pPr>
    </w:p>
    <w:p w14:paraId="38CC77CB" w14:textId="77777777" w:rsidR="00ED5A80" w:rsidRDefault="00ED5A80" w:rsidP="00ED5A80">
      <w:pPr>
        <w:pStyle w:val="Heading2"/>
      </w:pPr>
      <w:r>
        <w:t>5. Trainee support</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7"/>
        <w:gridCol w:w="6514"/>
      </w:tblGrid>
      <w:tr w:rsidR="005862C6" w14:paraId="5F19CBAC" w14:textId="77777777" w:rsidTr="001E46D9">
        <w:trPr>
          <w:tblHeader/>
          <w:jc w:val="center"/>
        </w:trPr>
        <w:tc>
          <w:tcPr>
            <w:tcW w:w="3267" w:type="dxa"/>
            <w:shd w:val="clear" w:color="auto" w:fill="17365D"/>
            <w:tcMar>
              <w:top w:w="65" w:type="dxa"/>
              <w:left w:w="75" w:type="dxa"/>
              <w:bottom w:w="65" w:type="dxa"/>
              <w:right w:w="75" w:type="dxa"/>
            </w:tcMar>
            <w:vAlign w:val="center"/>
          </w:tcPr>
          <w:p w14:paraId="171C799F" w14:textId="77777777" w:rsidR="005862C6" w:rsidRDefault="005862C6" w:rsidP="00AF6E39">
            <w:pPr>
              <w:spacing w:after="0"/>
            </w:pPr>
            <w:r>
              <w:rPr>
                <w:rFonts w:ascii="Arial" w:hAnsi="Arial"/>
                <w:b/>
                <w:color w:val="FFFFFF"/>
                <w:sz w:val="16"/>
              </w:rPr>
              <w:t>Support area</w:t>
            </w:r>
          </w:p>
        </w:tc>
        <w:tc>
          <w:tcPr>
            <w:tcW w:w="6514" w:type="dxa"/>
            <w:shd w:val="clear" w:color="auto" w:fill="17365D"/>
            <w:tcMar>
              <w:top w:w="65" w:type="dxa"/>
              <w:left w:w="75" w:type="dxa"/>
              <w:bottom w:w="65" w:type="dxa"/>
              <w:right w:w="75" w:type="dxa"/>
            </w:tcMar>
            <w:vAlign w:val="center"/>
          </w:tcPr>
          <w:p w14:paraId="5479C8D1" w14:textId="5136C51D" w:rsidR="005862C6" w:rsidRDefault="005862C6" w:rsidP="00AF6E39">
            <w:pPr>
              <w:spacing w:after="0"/>
            </w:pPr>
            <w:r>
              <w:rPr>
                <w:rFonts w:ascii="Arial" w:hAnsi="Arial"/>
                <w:b/>
                <w:color w:val="FFFFFF"/>
                <w:sz w:val="16"/>
              </w:rPr>
              <w:t xml:space="preserve">Describe supports </w:t>
            </w:r>
          </w:p>
        </w:tc>
      </w:tr>
      <w:tr w:rsidR="005862C6" w14:paraId="174611BC" w14:textId="77777777" w:rsidTr="001E46D9">
        <w:trPr>
          <w:jc w:val="center"/>
        </w:trPr>
        <w:tc>
          <w:tcPr>
            <w:tcW w:w="3267" w:type="dxa"/>
            <w:tcMar>
              <w:top w:w="65" w:type="dxa"/>
              <w:left w:w="75" w:type="dxa"/>
              <w:bottom w:w="65" w:type="dxa"/>
              <w:right w:w="75" w:type="dxa"/>
            </w:tcMar>
            <w:vAlign w:val="center"/>
          </w:tcPr>
          <w:p w14:paraId="7BA765D7" w14:textId="77777777" w:rsidR="005862C6" w:rsidRDefault="005862C6" w:rsidP="00AF6E39">
            <w:pPr>
              <w:spacing w:after="0"/>
            </w:pPr>
            <w:r>
              <w:rPr>
                <w:rFonts w:ascii="Arial" w:hAnsi="Arial"/>
                <w:sz w:val="16"/>
              </w:rPr>
              <w:t>Workplace supervision</w:t>
            </w:r>
          </w:p>
        </w:tc>
        <w:tc>
          <w:tcPr>
            <w:tcW w:w="6514" w:type="dxa"/>
            <w:tcMar>
              <w:top w:w="65" w:type="dxa"/>
              <w:left w:w="75" w:type="dxa"/>
              <w:bottom w:w="65" w:type="dxa"/>
              <w:right w:w="75" w:type="dxa"/>
            </w:tcMar>
            <w:vAlign w:val="center"/>
          </w:tcPr>
          <w:p w14:paraId="3579A89B" w14:textId="77777777" w:rsidR="005862C6" w:rsidRDefault="005862C6" w:rsidP="00AF6E39">
            <w:pPr>
              <w:spacing w:after="0"/>
            </w:pPr>
          </w:p>
        </w:tc>
      </w:tr>
      <w:tr w:rsidR="005862C6" w14:paraId="6455632C" w14:textId="77777777" w:rsidTr="001E46D9">
        <w:trPr>
          <w:jc w:val="center"/>
        </w:trPr>
        <w:tc>
          <w:tcPr>
            <w:tcW w:w="3267" w:type="dxa"/>
            <w:shd w:val="clear" w:color="auto" w:fill="F2F4F5"/>
            <w:tcMar>
              <w:top w:w="65" w:type="dxa"/>
              <w:left w:w="75" w:type="dxa"/>
              <w:bottom w:w="65" w:type="dxa"/>
              <w:right w:w="75" w:type="dxa"/>
            </w:tcMar>
            <w:vAlign w:val="center"/>
          </w:tcPr>
          <w:p w14:paraId="76232173" w14:textId="77777777" w:rsidR="005862C6" w:rsidRDefault="005862C6" w:rsidP="00AF6E39">
            <w:pPr>
              <w:spacing w:after="0"/>
            </w:pPr>
            <w:r>
              <w:rPr>
                <w:rFonts w:ascii="Arial" w:hAnsi="Arial"/>
                <w:sz w:val="16"/>
              </w:rPr>
              <w:t>Cultural support</w:t>
            </w:r>
          </w:p>
        </w:tc>
        <w:tc>
          <w:tcPr>
            <w:tcW w:w="6514" w:type="dxa"/>
            <w:shd w:val="clear" w:color="auto" w:fill="F2F4F5"/>
            <w:tcMar>
              <w:top w:w="65" w:type="dxa"/>
              <w:left w:w="75" w:type="dxa"/>
              <w:bottom w:w="65" w:type="dxa"/>
              <w:right w:w="75" w:type="dxa"/>
            </w:tcMar>
            <w:vAlign w:val="center"/>
          </w:tcPr>
          <w:p w14:paraId="416BEC4F" w14:textId="77777777" w:rsidR="005862C6" w:rsidRDefault="005862C6" w:rsidP="00AF6E39">
            <w:pPr>
              <w:spacing w:after="0"/>
            </w:pPr>
          </w:p>
        </w:tc>
      </w:tr>
      <w:tr w:rsidR="005862C6" w14:paraId="7274483D" w14:textId="77777777" w:rsidTr="001E46D9">
        <w:trPr>
          <w:jc w:val="center"/>
        </w:trPr>
        <w:tc>
          <w:tcPr>
            <w:tcW w:w="3267" w:type="dxa"/>
            <w:tcMar>
              <w:top w:w="65" w:type="dxa"/>
              <w:left w:w="75" w:type="dxa"/>
              <w:bottom w:w="65" w:type="dxa"/>
              <w:right w:w="75" w:type="dxa"/>
            </w:tcMar>
            <w:vAlign w:val="center"/>
          </w:tcPr>
          <w:p w14:paraId="3ACA6BF9" w14:textId="77777777" w:rsidR="005862C6" w:rsidRDefault="005862C6" w:rsidP="00AF6E39">
            <w:pPr>
              <w:spacing w:after="0"/>
            </w:pPr>
            <w:r>
              <w:rPr>
                <w:rFonts w:ascii="Arial" w:hAnsi="Arial"/>
                <w:sz w:val="16"/>
              </w:rPr>
              <w:t>Mentoring</w:t>
            </w:r>
          </w:p>
        </w:tc>
        <w:tc>
          <w:tcPr>
            <w:tcW w:w="6514" w:type="dxa"/>
            <w:tcMar>
              <w:top w:w="65" w:type="dxa"/>
              <w:left w:w="75" w:type="dxa"/>
              <w:bottom w:w="65" w:type="dxa"/>
              <w:right w:w="75" w:type="dxa"/>
            </w:tcMar>
            <w:vAlign w:val="center"/>
          </w:tcPr>
          <w:p w14:paraId="5A1F00F3" w14:textId="77777777" w:rsidR="005862C6" w:rsidRDefault="005862C6" w:rsidP="00AF6E39">
            <w:pPr>
              <w:spacing w:after="0"/>
            </w:pPr>
          </w:p>
        </w:tc>
      </w:tr>
      <w:tr w:rsidR="005862C6" w14:paraId="1C7D509B" w14:textId="77777777" w:rsidTr="001E46D9">
        <w:trPr>
          <w:jc w:val="center"/>
        </w:trPr>
        <w:tc>
          <w:tcPr>
            <w:tcW w:w="3267" w:type="dxa"/>
            <w:shd w:val="clear" w:color="auto" w:fill="F2F4F5"/>
            <w:tcMar>
              <w:top w:w="65" w:type="dxa"/>
              <w:left w:w="75" w:type="dxa"/>
              <w:bottom w:w="65" w:type="dxa"/>
              <w:right w:w="75" w:type="dxa"/>
            </w:tcMar>
            <w:vAlign w:val="center"/>
          </w:tcPr>
          <w:p w14:paraId="72043475" w14:textId="77777777" w:rsidR="005862C6" w:rsidRDefault="005862C6" w:rsidP="00AF6E39">
            <w:pPr>
              <w:spacing w:after="0"/>
            </w:pPr>
            <w:r>
              <w:rPr>
                <w:rFonts w:ascii="Arial" w:hAnsi="Arial"/>
                <w:sz w:val="16"/>
              </w:rPr>
              <w:t>Learning or study support</w:t>
            </w:r>
          </w:p>
        </w:tc>
        <w:tc>
          <w:tcPr>
            <w:tcW w:w="6514" w:type="dxa"/>
            <w:shd w:val="clear" w:color="auto" w:fill="F2F4F5"/>
            <w:tcMar>
              <w:top w:w="65" w:type="dxa"/>
              <w:left w:w="75" w:type="dxa"/>
              <w:bottom w:w="65" w:type="dxa"/>
              <w:right w:w="75" w:type="dxa"/>
            </w:tcMar>
            <w:vAlign w:val="center"/>
          </w:tcPr>
          <w:p w14:paraId="683A37D8" w14:textId="77777777" w:rsidR="005862C6" w:rsidRDefault="005862C6" w:rsidP="00AF6E39">
            <w:pPr>
              <w:spacing w:after="0"/>
            </w:pPr>
          </w:p>
        </w:tc>
      </w:tr>
      <w:tr w:rsidR="005862C6" w14:paraId="5B38EC78" w14:textId="77777777" w:rsidTr="001E46D9">
        <w:trPr>
          <w:jc w:val="center"/>
        </w:trPr>
        <w:tc>
          <w:tcPr>
            <w:tcW w:w="3267" w:type="dxa"/>
            <w:tcMar>
              <w:top w:w="65" w:type="dxa"/>
              <w:left w:w="75" w:type="dxa"/>
              <w:bottom w:w="65" w:type="dxa"/>
              <w:right w:w="75" w:type="dxa"/>
            </w:tcMar>
            <w:vAlign w:val="center"/>
          </w:tcPr>
          <w:p w14:paraId="0E8A1CCF" w14:textId="77777777" w:rsidR="005862C6" w:rsidRDefault="005862C6" w:rsidP="00AF6E39">
            <w:pPr>
              <w:spacing w:after="0"/>
            </w:pPr>
            <w:r>
              <w:rPr>
                <w:rFonts w:ascii="Arial" w:hAnsi="Arial"/>
                <w:sz w:val="16"/>
              </w:rPr>
              <w:t>Wellbeing support</w:t>
            </w:r>
          </w:p>
        </w:tc>
        <w:tc>
          <w:tcPr>
            <w:tcW w:w="6514" w:type="dxa"/>
            <w:tcMar>
              <w:top w:w="65" w:type="dxa"/>
              <w:left w:w="75" w:type="dxa"/>
              <w:bottom w:w="65" w:type="dxa"/>
              <w:right w:w="75" w:type="dxa"/>
            </w:tcMar>
            <w:vAlign w:val="center"/>
          </w:tcPr>
          <w:p w14:paraId="3C60736D" w14:textId="77777777" w:rsidR="005862C6" w:rsidRDefault="005862C6" w:rsidP="00AF6E39">
            <w:pPr>
              <w:spacing w:after="0"/>
            </w:pPr>
          </w:p>
        </w:tc>
      </w:tr>
      <w:tr w:rsidR="005862C6" w14:paraId="196CAC10" w14:textId="77777777" w:rsidTr="001E46D9">
        <w:trPr>
          <w:jc w:val="center"/>
        </w:trPr>
        <w:tc>
          <w:tcPr>
            <w:tcW w:w="3267" w:type="dxa"/>
            <w:shd w:val="clear" w:color="auto" w:fill="F2F4F5"/>
            <w:tcMar>
              <w:top w:w="65" w:type="dxa"/>
              <w:left w:w="75" w:type="dxa"/>
              <w:bottom w:w="65" w:type="dxa"/>
              <w:right w:w="75" w:type="dxa"/>
            </w:tcMar>
            <w:vAlign w:val="center"/>
          </w:tcPr>
          <w:p w14:paraId="31D4A990" w14:textId="77777777" w:rsidR="005862C6" w:rsidRDefault="005862C6" w:rsidP="00AF6E39">
            <w:pPr>
              <w:spacing w:after="0"/>
            </w:pPr>
            <w:r>
              <w:rPr>
                <w:rFonts w:ascii="Arial" w:hAnsi="Arial"/>
                <w:sz w:val="16"/>
              </w:rPr>
              <w:t>Practical participation support</w:t>
            </w:r>
          </w:p>
        </w:tc>
        <w:tc>
          <w:tcPr>
            <w:tcW w:w="6514" w:type="dxa"/>
            <w:shd w:val="clear" w:color="auto" w:fill="F2F4F5"/>
            <w:tcMar>
              <w:top w:w="65" w:type="dxa"/>
              <w:left w:w="75" w:type="dxa"/>
              <w:bottom w:w="65" w:type="dxa"/>
              <w:right w:w="75" w:type="dxa"/>
            </w:tcMar>
            <w:vAlign w:val="center"/>
          </w:tcPr>
          <w:p w14:paraId="467BE0D2" w14:textId="77777777" w:rsidR="005862C6" w:rsidRDefault="005862C6" w:rsidP="00AF6E39">
            <w:pPr>
              <w:spacing w:after="0"/>
            </w:pPr>
          </w:p>
        </w:tc>
      </w:tr>
      <w:tr w:rsidR="005862C6" w14:paraId="7178DDBF" w14:textId="77777777" w:rsidTr="001E46D9">
        <w:trPr>
          <w:jc w:val="center"/>
        </w:trPr>
        <w:tc>
          <w:tcPr>
            <w:tcW w:w="3267" w:type="dxa"/>
            <w:tcMar>
              <w:top w:w="65" w:type="dxa"/>
              <w:left w:w="75" w:type="dxa"/>
              <w:bottom w:w="65" w:type="dxa"/>
              <w:right w:w="75" w:type="dxa"/>
            </w:tcMar>
            <w:vAlign w:val="center"/>
          </w:tcPr>
          <w:p w14:paraId="79119822" w14:textId="77777777" w:rsidR="005862C6" w:rsidRDefault="005862C6" w:rsidP="00AF6E39">
            <w:pPr>
              <w:spacing w:after="0"/>
            </w:pPr>
            <w:r>
              <w:rPr>
                <w:rFonts w:ascii="Arial" w:hAnsi="Arial"/>
                <w:sz w:val="16"/>
              </w:rPr>
              <w:t>Team and manager support</w:t>
            </w:r>
          </w:p>
        </w:tc>
        <w:tc>
          <w:tcPr>
            <w:tcW w:w="6514" w:type="dxa"/>
            <w:tcMar>
              <w:top w:w="65" w:type="dxa"/>
              <w:left w:w="75" w:type="dxa"/>
              <w:bottom w:w="65" w:type="dxa"/>
              <w:right w:w="75" w:type="dxa"/>
            </w:tcMar>
            <w:vAlign w:val="center"/>
          </w:tcPr>
          <w:p w14:paraId="12841DD3" w14:textId="77777777" w:rsidR="005862C6" w:rsidRDefault="005862C6" w:rsidP="00AF6E39">
            <w:pPr>
              <w:spacing w:after="0"/>
            </w:pPr>
          </w:p>
        </w:tc>
      </w:tr>
    </w:tbl>
    <w:p w14:paraId="2579A047" w14:textId="77777777" w:rsidR="005862C6" w:rsidRDefault="005862C6" w:rsidP="00ED5A80">
      <w:pPr>
        <w:spacing w:after="40"/>
        <w:rPr>
          <w:b/>
          <w:color w:val="17365D"/>
        </w:rPr>
      </w:pPr>
    </w:p>
    <w:p w14:paraId="44DFEE22" w14:textId="2C61229D" w:rsidR="00ED5A80" w:rsidRDefault="00ED5A80" w:rsidP="00ED5A80">
      <w:pPr>
        <w:spacing w:after="40"/>
      </w:pPr>
      <w:r>
        <w:rPr>
          <w:b/>
          <w:color w:val="17365D"/>
        </w:rPr>
        <w:t>How will the organisation provide a culturally safe and supportive workplace?</w:t>
      </w:r>
    </w:p>
    <w:tbl>
      <w:tblPr>
        <w:tblW w:w="0" w:type="auto"/>
        <w:tblLook w:val="04A0" w:firstRow="1" w:lastRow="0" w:firstColumn="1" w:lastColumn="0" w:noHBand="0" w:noVBand="1"/>
      </w:tblPr>
      <w:tblGrid>
        <w:gridCol w:w="9746"/>
      </w:tblGrid>
      <w:tr w:rsidR="00ED5A80" w14:paraId="14602237" w14:textId="77777777" w:rsidTr="00AF6E39">
        <w:trPr>
          <w:tblHeader/>
        </w:trPr>
        <w:tc>
          <w:tcPr>
            <w:tcW w:w="10368" w:type="dxa"/>
            <w:shd w:val="clear" w:color="auto" w:fill="FAFAFA"/>
            <w:tcMar>
              <w:top w:w="90" w:type="dxa"/>
              <w:left w:w="100" w:type="dxa"/>
              <w:bottom w:w="90" w:type="dxa"/>
              <w:right w:w="100" w:type="dxa"/>
            </w:tcMar>
          </w:tcPr>
          <w:p w14:paraId="5DBF7108" w14:textId="77777777" w:rsidR="00ED5A80" w:rsidRDefault="00ED5A80" w:rsidP="00AF6E39">
            <w:r>
              <w:br/>
            </w:r>
            <w:r>
              <w:br/>
            </w:r>
          </w:p>
        </w:tc>
      </w:tr>
    </w:tbl>
    <w:p w14:paraId="470D5772" w14:textId="77777777" w:rsidR="00ED5A80" w:rsidRDefault="00ED5A80" w:rsidP="00ED5A80">
      <w:pPr>
        <w:spacing w:after="0"/>
      </w:pPr>
    </w:p>
    <w:p w14:paraId="65E0847B" w14:textId="77777777" w:rsidR="00ED5A80" w:rsidRDefault="00ED5A80" w:rsidP="00ED5A80">
      <w:pPr>
        <w:pStyle w:val="Heading2"/>
      </w:pPr>
      <w:r>
        <w:t>6. Indicative resource and budget planner</w:t>
      </w:r>
    </w:p>
    <w:p w14:paraId="71475B3E" w14:textId="77777777" w:rsidR="00ED5A80" w:rsidRDefault="00ED5A80" w:rsidP="00ED5A80">
      <w:r>
        <w:t>List the costs you reasonably expect. Exact figures and quotes are not required for the EOI. Use the best information available and show how you reached each estimate.</w:t>
      </w:r>
    </w:p>
    <w:tbl>
      <w:tblPr>
        <w:tblW w:w="10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3096"/>
        <w:gridCol w:w="1944"/>
        <w:gridCol w:w="2232"/>
      </w:tblGrid>
      <w:tr w:rsidR="00ED5A80" w14:paraId="299C8CB4" w14:textId="77777777" w:rsidTr="005862C6">
        <w:trPr>
          <w:tblHeader/>
          <w:jc w:val="center"/>
        </w:trPr>
        <w:tc>
          <w:tcPr>
            <w:tcW w:w="3240" w:type="dxa"/>
            <w:shd w:val="clear" w:color="auto" w:fill="17365D"/>
            <w:tcMar>
              <w:top w:w="65" w:type="dxa"/>
              <w:left w:w="75" w:type="dxa"/>
              <w:bottom w:w="65" w:type="dxa"/>
              <w:right w:w="75" w:type="dxa"/>
            </w:tcMar>
            <w:vAlign w:val="center"/>
          </w:tcPr>
          <w:p w14:paraId="59843D54" w14:textId="77777777" w:rsidR="00ED5A80" w:rsidRDefault="00ED5A80" w:rsidP="00AF6E39">
            <w:pPr>
              <w:spacing w:after="0"/>
            </w:pPr>
            <w:r>
              <w:rPr>
                <w:rFonts w:ascii="Arial" w:hAnsi="Arial"/>
                <w:b/>
                <w:color w:val="FFFFFF"/>
                <w:sz w:val="15"/>
              </w:rPr>
              <w:t>Cost item</w:t>
            </w:r>
          </w:p>
        </w:tc>
        <w:tc>
          <w:tcPr>
            <w:tcW w:w="3096" w:type="dxa"/>
            <w:shd w:val="clear" w:color="auto" w:fill="17365D"/>
            <w:tcMar>
              <w:top w:w="65" w:type="dxa"/>
              <w:left w:w="75" w:type="dxa"/>
              <w:bottom w:w="65" w:type="dxa"/>
              <w:right w:w="75" w:type="dxa"/>
            </w:tcMar>
            <w:vAlign w:val="center"/>
          </w:tcPr>
          <w:p w14:paraId="41319742" w14:textId="77777777" w:rsidR="00ED5A80" w:rsidRDefault="00ED5A80" w:rsidP="00AF6E39">
            <w:pPr>
              <w:spacing w:after="0"/>
            </w:pPr>
            <w:r>
              <w:rPr>
                <w:rFonts w:ascii="Arial" w:hAnsi="Arial"/>
                <w:b/>
                <w:color w:val="FFFFFF"/>
                <w:sz w:val="15"/>
              </w:rPr>
              <w:t>How estimated</w:t>
            </w:r>
          </w:p>
        </w:tc>
        <w:tc>
          <w:tcPr>
            <w:tcW w:w="1944" w:type="dxa"/>
            <w:shd w:val="clear" w:color="auto" w:fill="17365D"/>
            <w:tcMar>
              <w:top w:w="65" w:type="dxa"/>
              <w:left w:w="75" w:type="dxa"/>
              <w:bottom w:w="65" w:type="dxa"/>
              <w:right w:w="75" w:type="dxa"/>
            </w:tcMar>
            <w:vAlign w:val="center"/>
          </w:tcPr>
          <w:p w14:paraId="26848D5A" w14:textId="77777777" w:rsidR="00ED5A80" w:rsidRDefault="00ED5A80" w:rsidP="00AF6E39">
            <w:pPr>
              <w:spacing w:after="0"/>
            </w:pPr>
            <w:r>
              <w:rPr>
                <w:rFonts w:ascii="Arial" w:hAnsi="Arial"/>
                <w:b/>
                <w:color w:val="FFFFFF"/>
                <w:sz w:val="15"/>
              </w:rPr>
              <w:t>Total estimated cost</w:t>
            </w:r>
          </w:p>
        </w:tc>
        <w:tc>
          <w:tcPr>
            <w:tcW w:w="2232" w:type="dxa"/>
            <w:shd w:val="clear" w:color="auto" w:fill="17365D"/>
            <w:tcMar>
              <w:top w:w="65" w:type="dxa"/>
              <w:left w:w="75" w:type="dxa"/>
              <w:bottom w:w="65" w:type="dxa"/>
              <w:right w:w="75" w:type="dxa"/>
            </w:tcMar>
            <w:vAlign w:val="center"/>
          </w:tcPr>
          <w:p w14:paraId="462F8F62" w14:textId="77777777" w:rsidR="00ED5A80" w:rsidRDefault="00ED5A80" w:rsidP="00AF6E39">
            <w:pPr>
              <w:spacing w:after="0"/>
            </w:pPr>
            <w:r>
              <w:rPr>
                <w:rFonts w:ascii="Arial" w:hAnsi="Arial"/>
                <w:b/>
                <w:color w:val="FFFFFF"/>
                <w:sz w:val="15"/>
              </w:rPr>
              <w:t>Other funding or contribution</w:t>
            </w:r>
          </w:p>
        </w:tc>
      </w:tr>
      <w:tr w:rsidR="00ED5A80" w14:paraId="4FA7B019" w14:textId="77777777" w:rsidTr="005862C6">
        <w:trPr>
          <w:jc w:val="center"/>
        </w:trPr>
        <w:tc>
          <w:tcPr>
            <w:tcW w:w="3240" w:type="dxa"/>
            <w:tcMar>
              <w:top w:w="65" w:type="dxa"/>
              <w:left w:w="75" w:type="dxa"/>
              <w:bottom w:w="65" w:type="dxa"/>
              <w:right w:w="75" w:type="dxa"/>
            </w:tcMar>
            <w:vAlign w:val="center"/>
          </w:tcPr>
          <w:p w14:paraId="75CE90A8" w14:textId="77777777" w:rsidR="00ED5A80" w:rsidRDefault="00ED5A80" w:rsidP="00AF6E39">
            <w:pPr>
              <w:spacing w:after="0"/>
            </w:pPr>
            <w:r>
              <w:rPr>
                <w:rFonts w:ascii="Arial" w:hAnsi="Arial"/>
                <w:sz w:val="15"/>
              </w:rPr>
              <w:t>Trainee wages</w:t>
            </w:r>
          </w:p>
        </w:tc>
        <w:tc>
          <w:tcPr>
            <w:tcW w:w="3096" w:type="dxa"/>
            <w:tcMar>
              <w:top w:w="65" w:type="dxa"/>
              <w:left w:w="75" w:type="dxa"/>
              <w:bottom w:w="65" w:type="dxa"/>
              <w:right w:w="75" w:type="dxa"/>
            </w:tcMar>
            <w:vAlign w:val="center"/>
          </w:tcPr>
          <w:p w14:paraId="109070E0" w14:textId="77777777" w:rsidR="00ED5A80" w:rsidRDefault="00ED5A80" w:rsidP="00AF6E39">
            <w:pPr>
              <w:spacing w:after="0"/>
            </w:pPr>
          </w:p>
        </w:tc>
        <w:tc>
          <w:tcPr>
            <w:tcW w:w="1944" w:type="dxa"/>
            <w:tcMar>
              <w:top w:w="65" w:type="dxa"/>
              <w:left w:w="75" w:type="dxa"/>
              <w:bottom w:w="65" w:type="dxa"/>
              <w:right w:w="75" w:type="dxa"/>
            </w:tcMar>
            <w:vAlign w:val="center"/>
          </w:tcPr>
          <w:p w14:paraId="1046EDF6" w14:textId="77777777" w:rsidR="00ED5A80" w:rsidRDefault="00ED5A80" w:rsidP="00AF6E39">
            <w:pPr>
              <w:spacing w:after="0"/>
            </w:pPr>
          </w:p>
        </w:tc>
        <w:tc>
          <w:tcPr>
            <w:tcW w:w="2232" w:type="dxa"/>
            <w:tcMar>
              <w:top w:w="65" w:type="dxa"/>
              <w:left w:w="75" w:type="dxa"/>
              <w:bottom w:w="65" w:type="dxa"/>
              <w:right w:w="75" w:type="dxa"/>
            </w:tcMar>
            <w:vAlign w:val="center"/>
          </w:tcPr>
          <w:p w14:paraId="0C23ACC5" w14:textId="77777777" w:rsidR="00ED5A80" w:rsidRDefault="00ED5A80" w:rsidP="00AF6E39">
            <w:pPr>
              <w:spacing w:after="0"/>
            </w:pPr>
          </w:p>
        </w:tc>
      </w:tr>
      <w:tr w:rsidR="00ED5A80" w14:paraId="60F5CE41" w14:textId="77777777" w:rsidTr="005862C6">
        <w:trPr>
          <w:jc w:val="center"/>
        </w:trPr>
        <w:tc>
          <w:tcPr>
            <w:tcW w:w="3240" w:type="dxa"/>
            <w:shd w:val="clear" w:color="auto" w:fill="F2F4F5"/>
            <w:tcMar>
              <w:top w:w="65" w:type="dxa"/>
              <w:left w:w="75" w:type="dxa"/>
              <w:bottom w:w="65" w:type="dxa"/>
              <w:right w:w="75" w:type="dxa"/>
            </w:tcMar>
            <w:vAlign w:val="center"/>
          </w:tcPr>
          <w:p w14:paraId="6F1B8133" w14:textId="77777777" w:rsidR="00ED5A80" w:rsidRDefault="00ED5A80" w:rsidP="00AF6E39">
            <w:pPr>
              <w:spacing w:after="0"/>
            </w:pPr>
            <w:r>
              <w:rPr>
                <w:rFonts w:ascii="Arial" w:hAnsi="Arial"/>
                <w:sz w:val="15"/>
              </w:rPr>
              <w:t xml:space="preserve">Employment </w:t>
            </w:r>
            <w:proofErr w:type="gramStart"/>
            <w:r>
              <w:rPr>
                <w:rFonts w:ascii="Arial" w:hAnsi="Arial"/>
                <w:sz w:val="15"/>
              </w:rPr>
              <w:t>on-costs</w:t>
            </w:r>
            <w:proofErr w:type="gramEnd"/>
          </w:p>
        </w:tc>
        <w:tc>
          <w:tcPr>
            <w:tcW w:w="3096" w:type="dxa"/>
            <w:shd w:val="clear" w:color="auto" w:fill="F2F4F5"/>
            <w:tcMar>
              <w:top w:w="65" w:type="dxa"/>
              <w:left w:w="75" w:type="dxa"/>
              <w:bottom w:w="65" w:type="dxa"/>
              <w:right w:w="75" w:type="dxa"/>
            </w:tcMar>
            <w:vAlign w:val="center"/>
          </w:tcPr>
          <w:p w14:paraId="0D3884BB" w14:textId="77777777" w:rsidR="00ED5A80" w:rsidRDefault="00ED5A80" w:rsidP="00AF6E39">
            <w:pPr>
              <w:spacing w:after="0"/>
            </w:pPr>
          </w:p>
        </w:tc>
        <w:tc>
          <w:tcPr>
            <w:tcW w:w="1944" w:type="dxa"/>
            <w:shd w:val="clear" w:color="auto" w:fill="F2F4F5"/>
            <w:tcMar>
              <w:top w:w="65" w:type="dxa"/>
              <w:left w:w="75" w:type="dxa"/>
              <w:bottom w:w="65" w:type="dxa"/>
              <w:right w:w="75" w:type="dxa"/>
            </w:tcMar>
            <w:vAlign w:val="center"/>
          </w:tcPr>
          <w:p w14:paraId="4C48AF82" w14:textId="77777777" w:rsidR="00ED5A80" w:rsidRDefault="00ED5A80" w:rsidP="00AF6E39">
            <w:pPr>
              <w:spacing w:after="0"/>
            </w:pPr>
          </w:p>
        </w:tc>
        <w:tc>
          <w:tcPr>
            <w:tcW w:w="2232" w:type="dxa"/>
            <w:shd w:val="clear" w:color="auto" w:fill="F2F4F5"/>
            <w:tcMar>
              <w:top w:w="65" w:type="dxa"/>
              <w:left w:w="75" w:type="dxa"/>
              <w:bottom w:w="65" w:type="dxa"/>
              <w:right w:w="75" w:type="dxa"/>
            </w:tcMar>
            <w:vAlign w:val="center"/>
          </w:tcPr>
          <w:p w14:paraId="1B81E333" w14:textId="77777777" w:rsidR="00ED5A80" w:rsidRDefault="00ED5A80" w:rsidP="00AF6E39">
            <w:pPr>
              <w:spacing w:after="0"/>
            </w:pPr>
          </w:p>
        </w:tc>
      </w:tr>
      <w:tr w:rsidR="00ED5A80" w14:paraId="44A0B7DE" w14:textId="77777777" w:rsidTr="005862C6">
        <w:trPr>
          <w:jc w:val="center"/>
        </w:trPr>
        <w:tc>
          <w:tcPr>
            <w:tcW w:w="3240" w:type="dxa"/>
            <w:tcMar>
              <w:top w:w="65" w:type="dxa"/>
              <w:left w:w="75" w:type="dxa"/>
              <w:bottom w:w="65" w:type="dxa"/>
              <w:right w:w="75" w:type="dxa"/>
            </w:tcMar>
            <w:vAlign w:val="center"/>
          </w:tcPr>
          <w:p w14:paraId="50F66C54" w14:textId="77777777" w:rsidR="00ED5A80" w:rsidRDefault="00ED5A80" w:rsidP="00AF6E39">
            <w:pPr>
              <w:spacing w:after="0"/>
            </w:pPr>
            <w:r>
              <w:rPr>
                <w:rFonts w:ascii="Arial" w:hAnsi="Arial"/>
                <w:sz w:val="15"/>
              </w:rPr>
              <w:t>GTO fees, if applicable</w:t>
            </w:r>
          </w:p>
        </w:tc>
        <w:tc>
          <w:tcPr>
            <w:tcW w:w="3096" w:type="dxa"/>
            <w:tcMar>
              <w:top w:w="65" w:type="dxa"/>
              <w:left w:w="75" w:type="dxa"/>
              <w:bottom w:w="65" w:type="dxa"/>
              <w:right w:w="75" w:type="dxa"/>
            </w:tcMar>
            <w:vAlign w:val="center"/>
          </w:tcPr>
          <w:p w14:paraId="18A6AEC1" w14:textId="77777777" w:rsidR="00ED5A80" w:rsidRDefault="00ED5A80" w:rsidP="00AF6E39">
            <w:pPr>
              <w:spacing w:after="0"/>
            </w:pPr>
          </w:p>
        </w:tc>
        <w:tc>
          <w:tcPr>
            <w:tcW w:w="1944" w:type="dxa"/>
            <w:tcMar>
              <w:top w:w="65" w:type="dxa"/>
              <w:left w:w="75" w:type="dxa"/>
              <w:bottom w:w="65" w:type="dxa"/>
              <w:right w:w="75" w:type="dxa"/>
            </w:tcMar>
            <w:vAlign w:val="center"/>
          </w:tcPr>
          <w:p w14:paraId="4D8AEC97" w14:textId="77777777" w:rsidR="00ED5A80" w:rsidRDefault="00ED5A80" w:rsidP="00AF6E39">
            <w:pPr>
              <w:spacing w:after="0"/>
            </w:pPr>
          </w:p>
        </w:tc>
        <w:tc>
          <w:tcPr>
            <w:tcW w:w="2232" w:type="dxa"/>
            <w:tcMar>
              <w:top w:w="65" w:type="dxa"/>
              <w:left w:w="75" w:type="dxa"/>
              <w:bottom w:w="65" w:type="dxa"/>
              <w:right w:w="75" w:type="dxa"/>
            </w:tcMar>
            <w:vAlign w:val="center"/>
          </w:tcPr>
          <w:p w14:paraId="65A34BD3" w14:textId="77777777" w:rsidR="00ED5A80" w:rsidRDefault="00ED5A80" w:rsidP="00AF6E39">
            <w:pPr>
              <w:spacing w:after="0"/>
            </w:pPr>
          </w:p>
        </w:tc>
      </w:tr>
      <w:tr w:rsidR="00ED5A80" w14:paraId="0C89AB30" w14:textId="77777777" w:rsidTr="005862C6">
        <w:trPr>
          <w:jc w:val="center"/>
        </w:trPr>
        <w:tc>
          <w:tcPr>
            <w:tcW w:w="3240" w:type="dxa"/>
            <w:shd w:val="clear" w:color="auto" w:fill="F2F4F5"/>
            <w:tcMar>
              <w:top w:w="65" w:type="dxa"/>
              <w:left w:w="75" w:type="dxa"/>
              <w:bottom w:w="65" w:type="dxa"/>
              <w:right w:w="75" w:type="dxa"/>
            </w:tcMar>
            <w:vAlign w:val="center"/>
          </w:tcPr>
          <w:p w14:paraId="64BA8DCC" w14:textId="77777777" w:rsidR="00ED5A80" w:rsidRDefault="00ED5A80" w:rsidP="00AF6E39">
            <w:pPr>
              <w:spacing w:after="0"/>
            </w:pPr>
            <w:r>
              <w:rPr>
                <w:rFonts w:ascii="Arial" w:hAnsi="Arial"/>
                <w:sz w:val="15"/>
              </w:rPr>
              <w:t>Supervision and staff release</w:t>
            </w:r>
          </w:p>
        </w:tc>
        <w:tc>
          <w:tcPr>
            <w:tcW w:w="3096" w:type="dxa"/>
            <w:shd w:val="clear" w:color="auto" w:fill="F2F4F5"/>
            <w:tcMar>
              <w:top w:w="65" w:type="dxa"/>
              <w:left w:w="75" w:type="dxa"/>
              <w:bottom w:w="65" w:type="dxa"/>
              <w:right w:w="75" w:type="dxa"/>
            </w:tcMar>
            <w:vAlign w:val="center"/>
          </w:tcPr>
          <w:p w14:paraId="63DEB641" w14:textId="77777777" w:rsidR="00ED5A80" w:rsidRDefault="00ED5A80" w:rsidP="00AF6E39">
            <w:pPr>
              <w:spacing w:after="0"/>
            </w:pPr>
          </w:p>
        </w:tc>
        <w:tc>
          <w:tcPr>
            <w:tcW w:w="1944" w:type="dxa"/>
            <w:shd w:val="clear" w:color="auto" w:fill="F2F4F5"/>
            <w:tcMar>
              <w:top w:w="65" w:type="dxa"/>
              <w:left w:w="75" w:type="dxa"/>
              <w:bottom w:w="65" w:type="dxa"/>
              <w:right w:w="75" w:type="dxa"/>
            </w:tcMar>
            <w:vAlign w:val="center"/>
          </w:tcPr>
          <w:p w14:paraId="7202D212" w14:textId="77777777" w:rsidR="00ED5A80" w:rsidRDefault="00ED5A80" w:rsidP="00AF6E39">
            <w:pPr>
              <w:spacing w:after="0"/>
            </w:pPr>
          </w:p>
        </w:tc>
        <w:tc>
          <w:tcPr>
            <w:tcW w:w="2232" w:type="dxa"/>
            <w:shd w:val="clear" w:color="auto" w:fill="F2F4F5"/>
            <w:tcMar>
              <w:top w:w="65" w:type="dxa"/>
              <w:left w:w="75" w:type="dxa"/>
              <w:bottom w:w="65" w:type="dxa"/>
              <w:right w:w="75" w:type="dxa"/>
            </w:tcMar>
            <w:vAlign w:val="center"/>
          </w:tcPr>
          <w:p w14:paraId="71420368" w14:textId="77777777" w:rsidR="00ED5A80" w:rsidRDefault="00ED5A80" w:rsidP="00AF6E39">
            <w:pPr>
              <w:spacing w:after="0"/>
            </w:pPr>
          </w:p>
        </w:tc>
      </w:tr>
      <w:tr w:rsidR="00ED5A80" w14:paraId="602F9BC9" w14:textId="77777777" w:rsidTr="005862C6">
        <w:trPr>
          <w:jc w:val="center"/>
        </w:trPr>
        <w:tc>
          <w:tcPr>
            <w:tcW w:w="3240" w:type="dxa"/>
            <w:tcMar>
              <w:top w:w="65" w:type="dxa"/>
              <w:left w:w="75" w:type="dxa"/>
              <w:bottom w:w="65" w:type="dxa"/>
              <w:right w:w="75" w:type="dxa"/>
            </w:tcMar>
            <w:vAlign w:val="center"/>
          </w:tcPr>
          <w:p w14:paraId="18791466" w14:textId="77777777" w:rsidR="00ED5A80" w:rsidRDefault="00ED5A80" w:rsidP="00AF6E39">
            <w:pPr>
              <w:spacing w:after="0"/>
            </w:pPr>
            <w:r>
              <w:rPr>
                <w:rFonts w:ascii="Arial" w:hAnsi="Arial"/>
                <w:sz w:val="15"/>
              </w:rPr>
              <w:t>Cultural or mentoring support</w:t>
            </w:r>
          </w:p>
        </w:tc>
        <w:tc>
          <w:tcPr>
            <w:tcW w:w="3096" w:type="dxa"/>
            <w:tcMar>
              <w:top w:w="65" w:type="dxa"/>
              <w:left w:w="75" w:type="dxa"/>
              <w:bottom w:w="65" w:type="dxa"/>
              <w:right w:w="75" w:type="dxa"/>
            </w:tcMar>
            <w:vAlign w:val="center"/>
          </w:tcPr>
          <w:p w14:paraId="78105D3A" w14:textId="77777777" w:rsidR="00ED5A80" w:rsidRDefault="00ED5A80" w:rsidP="00AF6E39">
            <w:pPr>
              <w:spacing w:after="0"/>
            </w:pPr>
          </w:p>
        </w:tc>
        <w:tc>
          <w:tcPr>
            <w:tcW w:w="1944" w:type="dxa"/>
            <w:tcMar>
              <w:top w:w="65" w:type="dxa"/>
              <w:left w:w="75" w:type="dxa"/>
              <w:bottom w:w="65" w:type="dxa"/>
              <w:right w:w="75" w:type="dxa"/>
            </w:tcMar>
            <w:vAlign w:val="center"/>
          </w:tcPr>
          <w:p w14:paraId="26D5618C" w14:textId="77777777" w:rsidR="00ED5A80" w:rsidRDefault="00ED5A80" w:rsidP="00AF6E39">
            <w:pPr>
              <w:spacing w:after="0"/>
            </w:pPr>
          </w:p>
        </w:tc>
        <w:tc>
          <w:tcPr>
            <w:tcW w:w="2232" w:type="dxa"/>
            <w:tcMar>
              <w:top w:w="65" w:type="dxa"/>
              <w:left w:w="75" w:type="dxa"/>
              <w:bottom w:w="65" w:type="dxa"/>
              <w:right w:w="75" w:type="dxa"/>
            </w:tcMar>
            <w:vAlign w:val="center"/>
          </w:tcPr>
          <w:p w14:paraId="630C0BDA" w14:textId="77777777" w:rsidR="00ED5A80" w:rsidRDefault="00ED5A80" w:rsidP="00AF6E39">
            <w:pPr>
              <w:spacing w:after="0"/>
            </w:pPr>
          </w:p>
        </w:tc>
      </w:tr>
      <w:tr w:rsidR="00ED5A80" w14:paraId="7C0EA6AD" w14:textId="77777777" w:rsidTr="005862C6">
        <w:trPr>
          <w:jc w:val="center"/>
        </w:trPr>
        <w:tc>
          <w:tcPr>
            <w:tcW w:w="3240" w:type="dxa"/>
            <w:shd w:val="clear" w:color="auto" w:fill="F2F4F5"/>
            <w:tcMar>
              <w:top w:w="65" w:type="dxa"/>
              <w:left w:w="75" w:type="dxa"/>
              <w:bottom w:w="65" w:type="dxa"/>
              <w:right w:w="75" w:type="dxa"/>
            </w:tcMar>
            <w:vAlign w:val="center"/>
          </w:tcPr>
          <w:p w14:paraId="1D7855F3" w14:textId="77777777" w:rsidR="00ED5A80" w:rsidRDefault="00ED5A80" w:rsidP="00AF6E39">
            <w:pPr>
              <w:spacing w:after="0"/>
            </w:pPr>
            <w:r>
              <w:rPr>
                <w:rFonts w:ascii="Arial" w:hAnsi="Arial"/>
                <w:sz w:val="15"/>
              </w:rPr>
              <w:t>Recruitment and onboarding</w:t>
            </w:r>
          </w:p>
        </w:tc>
        <w:tc>
          <w:tcPr>
            <w:tcW w:w="3096" w:type="dxa"/>
            <w:shd w:val="clear" w:color="auto" w:fill="F2F4F5"/>
            <w:tcMar>
              <w:top w:w="65" w:type="dxa"/>
              <w:left w:w="75" w:type="dxa"/>
              <w:bottom w:w="65" w:type="dxa"/>
              <w:right w:w="75" w:type="dxa"/>
            </w:tcMar>
            <w:vAlign w:val="center"/>
          </w:tcPr>
          <w:p w14:paraId="2C85FC48" w14:textId="77777777" w:rsidR="00ED5A80" w:rsidRDefault="00ED5A80" w:rsidP="00AF6E39">
            <w:pPr>
              <w:spacing w:after="0"/>
            </w:pPr>
          </w:p>
        </w:tc>
        <w:tc>
          <w:tcPr>
            <w:tcW w:w="1944" w:type="dxa"/>
            <w:shd w:val="clear" w:color="auto" w:fill="F2F4F5"/>
            <w:tcMar>
              <w:top w:w="65" w:type="dxa"/>
              <w:left w:w="75" w:type="dxa"/>
              <w:bottom w:w="65" w:type="dxa"/>
              <w:right w:w="75" w:type="dxa"/>
            </w:tcMar>
            <w:vAlign w:val="center"/>
          </w:tcPr>
          <w:p w14:paraId="2B2C280E" w14:textId="77777777" w:rsidR="00ED5A80" w:rsidRDefault="00ED5A80" w:rsidP="00AF6E39">
            <w:pPr>
              <w:spacing w:after="0"/>
            </w:pPr>
          </w:p>
        </w:tc>
        <w:tc>
          <w:tcPr>
            <w:tcW w:w="2232" w:type="dxa"/>
            <w:shd w:val="clear" w:color="auto" w:fill="F2F4F5"/>
            <w:tcMar>
              <w:top w:w="65" w:type="dxa"/>
              <w:left w:w="75" w:type="dxa"/>
              <w:bottom w:w="65" w:type="dxa"/>
              <w:right w:w="75" w:type="dxa"/>
            </w:tcMar>
            <w:vAlign w:val="center"/>
          </w:tcPr>
          <w:p w14:paraId="58096904" w14:textId="77777777" w:rsidR="00ED5A80" w:rsidRDefault="00ED5A80" w:rsidP="00AF6E39">
            <w:pPr>
              <w:spacing w:after="0"/>
            </w:pPr>
          </w:p>
        </w:tc>
      </w:tr>
      <w:tr w:rsidR="00ED5A80" w14:paraId="4FFAD4E1" w14:textId="77777777" w:rsidTr="005862C6">
        <w:trPr>
          <w:jc w:val="center"/>
        </w:trPr>
        <w:tc>
          <w:tcPr>
            <w:tcW w:w="3240" w:type="dxa"/>
            <w:tcMar>
              <w:top w:w="65" w:type="dxa"/>
              <w:left w:w="75" w:type="dxa"/>
              <w:bottom w:w="65" w:type="dxa"/>
              <w:right w:w="75" w:type="dxa"/>
            </w:tcMar>
            <w:vAlign w:val="center"/>
          </w:tcPr>
          <w:p w14:paraId="591D2E16" w14:textId="77777777" w:rsidR="00ED5A80" w:rsidRDefault="00ED5A80" w:rsidP="00AF6E39">
            <w:pPr>
              <w:spacing w:after="0"/>
            </w:pPr>
            <w:r>
              <w:rPr>
                <w:rFonts w:ascii="Arial" w:hAnsi="Arial"/>
                <w:sz w:val="15"/>
              </w:rPr>
              <w:t>Training-related costs not otherwise funded</w:t>
            </w:r>
          </w:p>
        </w:tc>
        <w:tc>
          <w:tcPr>
            <w:tcW w:w="3096" w:type="dxa"/>
            <w:tcMar>
              <w:top w:w="65" w:type="dxa"/>
              <w:left w:w="75" w:type="dxa"/>
              <w:bottom w:w="65" w:type="dxa"/>
              <w:right w:w="75" w:type="dxa"/>
            </w:tcMar>
            <w:vAlign w:val="center"/>
          </w:tcPr>
          <w:p w14:paraId="4F7DE9EB" w14:textId="77777777" w:rsidR="00ED5A80" w:rsidRDefault="00ED5A80" w:rsidP="00AF6E39">
            <w:pPr>
              <w:spacing w:after="0"/>
            </w:pPr>
          </w:p>
        </w:tc>
        <w:tc>
          <w:tcPr>
            <w:tcW w:w="1944" w:type="dxa"/>
            <w:tcMar>
              <w:top w:w="65" w:type="dxa"/>
              <w:left w:w="75" w:type="dxa"/>
              <w:bottom w:w="65" w:type="dxa"/>
              <w:right w:w="75" w:type="dxa"/>
            </w:tcMar>
            <w:vAlign w:val="center"/>
          </w:tcPr>
          <w:p w14:paraId="2C83B3BD" w14:textId="77777777" w:rsidR="00ED5A80" w:rsidRDefault="00ED5A80" w:rsidP="00AF6E39">
            <w:pPr>
              <w:spacing w:after="0"/>
            </w:pPr>
          </w:p>
        </w:tc>
        <w:tc>
          <w:tcPr>
            <w:tcW w:w="2232" w:type="dxa"/>
            <w:tcMar>
              <w:top w:w="65" w:type="dxa"/>
              <w:left w:w="75" w:type="dxa"/>
              <w:bottom w:w="65" w:type="dxa"/>
              <w:right w:w="75" w:type="dxa"/>
            </w:tcMar>
            <w:vAlign w:val="center"/>
          </w:tcPr>
          <w:p w14:paraId="53932B8E" w14:textId="77777777" w:rsidR="00ED5A80" w:rsidRDefault="00ED5A80" w:rsidP="00AF6E39">
            <w:pPr>
              <w:spacing w:after="0"/>
            </w:pPr>
          </w:p>
        </w:tc>
      </w:tr>
      <w:tr w:rsidR="00ED5A80" w14:paraId="39F37F60" w14:textId="77777777" w:rsidTr="005862C6">
        <w:trPr>
          <w:jc w:val="center"/>
        </w:trPr>
        <w:tc>
          <w:tcPr>
            <w:tcW w:w="3240" w:type="dxa"/>
            <w:shd w:val="clear" w:color="auto" w:fill="F2F4F5"/>
            <w:tcMar>
              <w:top w:w="65" w:type="dxa"/>
              <w:left w:w="75" w:type="dxa"/>
              <w:bottom w:w="65" w:type="dxa"/>
              <w:right w:w="75" w:type="dxa"/>
            </w:tcMar>
            <w:vAlign w:val="center"/>
          </w:tcPr>
          <w:p w14:paraId="64C5A3F6" w14:textId="77777777" w:rsidR="00ED5A80" w:rsidRDefault="00ED5A80" w:rsidP="00AF6E39">
            <w:pPr>
              <w:spacing w:after="0"/>
            </w:pPr>
            <w:r>
              <w:rPr>
                <w:rFonts w:ascii="Arial" w:hAnsi="Arial"/>
                <w:sz w:val="15"/>
              </w:rPr>
              <w:t>Equipment, clothing, tools or workplace needs</w:t>
            </w:r>
          </w:p>
        </w:tc>
        <w:tc>
          <w:tcPr>
            <w:tcW w:w="3096" w:type="dxa"/>
            <w:shd w:val="clear" w:color="auto" w:fill="F2F4F5"/>
            <w:tcMar>
              <w:top w:w="65" w:type="dxa"/>
              <w:left w:w="75" w:type="dxa"/>
              <w:bottom w:w="65" w:type="dxa"/>
              <w:right w:w="75" w:type="dxa"/>
            </w:tcMar>
            <w:vAlign w:val="center"/>
          </w:tcPr>
          <w:p w14:paraId="0D30079C" w14:textId="77777777" w:rsidR="00ED5A80" w:rsidRDefault="00ED5A80" w:rsidP="00AF6E39">
            <w:pPr>
              <w:spacing w:after="0"/>
            </w:pPr>
          </w:p>
        </w:tc>
        <w:tc>
          <w:tcPr>
            <w:tcW w:w="1944" w:type="dxa"/>
            <w:shd w:val="clear" w:color="auto" w:fill="F2F4F5"/>
            <w:tcMar>
              <w:top w:w="65" w:type="dxa"/>
              <w:left w:w="75" w:type="dxa"/>
              <w:bottom w:w="65" w:type="dxa"/>
              <w:right w:w="75" w:type="dxa"/>
            </w:tcMar>
            <w:vAlign w:val="center"/>
          </w:tcPr>
          <w:p w14:paraId="06A0AD17" w14:textId="77777777" w:rsidR="00ED5A80" w:rsidRDefault="00ED5A80" w:rsidP="00AF6E39">
            <w:pPr>
              <w:spacing w:after="0"/>
            </w:pPr>
          </w:p>
        </w:tc>
        <w:tc>
          <w:tcPr>
            <w:tcW w:w="2232" w:type="dxa"/>
            <w:shd w:val="clear" w:color="auto" w:fill="F2F4F5"/>
            <w:tcMar>
              <w:top w:w="65" w:type="dxa"/>
              <w:left w:w="75" w:type="dxa"/>
              <w:bottom w:w="65" w:type="dxa"/>
              <w:right w:w="75" w:type="dxa"/>
            </w:tcMar>
            <w:vAlign w:val="center"/>
          </w:tcPr>
          <w:p w14:paraId="5D1CEE6C" w14:textId="77777777" w:rsidR="00ED5A80" w:rsidRDefault="00ED5A80" w:rsidP="00AF6E39">
            <w:pPr>
              <w:spacing w:after="0"/>
            </w:pPr>
          </w:p>
        </w:tc>
      </w:tr>
      <w:tr w:rsidR="00ED5A80" w14:paraId="289DB03A" w14:textId="77777777" w:rsidTr="005862C6">
        <w:trPr>
          <w:jc w:val="center"/>
        </w:trPr>
        <w:tc>
          <w:tcPr>
            <w:tcW w:w="3240" w:type="dxa"/>
            <w:tcMar>
              <w:top w:w="65" w:type="dxa"/>
              <w:left w:w="75" w:type="dxa"/>
              <w:bottom w:w="65" w:type="dxa"/>
              <w:right w:w="75" w:type="dxa"/>
            </w:tcMar>
            <w:vAlign w:val="center"/>
          </w:tcPr>
          <w:p w14:paraId="4D6A4D0E" w14:textId="77777777" w:rsidR="00ED5A80" w:rsidRDefault="00ED5A80" w:rsidP="00AF6E39">
            <w:pPr>
              <w:spacing w:after="0"/>
            </w:pPr>
            <w:r>
              <w:rPr>
                <w:rFonts w:ascii="Arial" w:hAnsi="Arial"/>
                <w:sz w:val="15"/>
              </w:rPr>
              <w:t>Transport, childcare, digital access or other participation support</w:t>
            </w:r>
          </w:p>
        </w:tc>
        <w:tc>
          <w:tcPr>
            <w:tcW w:w="3096" w:type="dxa"/>
            <w:tcMar>
              <w:top w:w="65" w:type="dxa"/>
              <w:left w:w="75" w:type="dxa"/>
              <w:bottom w:w="65" w:type="dxa"/>
              <w:right w:w="75" w:type="dxa"/>
            </w:tcMar>
            <w:vAlign w:val="center"/>
          </w:tcPr>
          <w:p w14:paraId="021B015C" w14:textId="77777777" w:rsidR="00ED5A80" w:rsidRDefault="00ED5A80" w:rsidP="00AF6E39">
            <w:pPr>
              <w:spacing w:after="0"/>
            </w:pPr>
          </w:p>
        </w:tc>
        <w:tc>
          <w:tcPr>
            <w:tcW w:w="1944" w:type="dxa"/>
            <w:tcMar>
              <w:top w:w="65" w:type="dxa"/>
              <w:left w:w="75" w:type="dxa"/>
              <w:bottom w:w="65" w:type="dxa"/>
              <w:right w:w="75" w:type="dxa"/>
            </w:tcMar>
            <w:vAlign w:val="center"/>
          </w:tcPr>
          <w:p w14:paraId="610FCFC8" w14:textId="77777777" w:rsidR="00ED5A80" w:rsidRDefault="00ED5A80" w:rsidP="00AF6E39">
            <w:pPr>
              <w:spacing w:after="0"/>
            </w:pPr>
          </w:p>
        </w:tc>
        <w:tc>
          <w:tcPr>
            <w:tcW w:w="2232" w:type="dxa"/>
            <w:tcMar>
              <w:top w:w="65" w:type="dxa"/>
              <w:left w:w="75" w:type="dxa"/>
              <w:bottom w:w="65" w:type="dxa"/>
              <w:right w:w="75" w:type="dxa"/>
            </w:tcMar>
            <w:vAlign w:val="center"/>
          </w:tcPr>
          <w:p w14:paraId="36A30FB0" w14:textId="77777777" w:rsidR="00ED5A80" w:rsidRDefault="00ED5A80" w:rsidP="00AF6E39">
            <w:pPr>
              <w:spacing w:after="0"/>
            </w:pPr>
          </w:p>
        </w:tc>
      </w:tr>
      <w:tr w:rsidR="00ED5A80" w14:paraId="3AD912EF" w14:textId="77777777" w:rsidTr="005862C6">
        <w:trPr>
          <w:jc w:val="center"/>
        </w:trPr>
        <w:tc>
          <w:tcPr>
            <w:tcW w:w="3240" w:type="dxa"/>
            <w:shd w:val="clear" w:color="auto" w:fill="F2F4F5"/>
            <w:tcMar>
              <w:top w:w="65" w:type="dxa"/>
              <w:left w:w="75" w:type="dxa"/>
              <w:bottom w:w="65" w:type="dxa"/>
              <w:right w:w="75" w:type="dxa"/>
            </w:tcMar>
            <w:vAlign w:val="center"/>
          </w:tcPr>
          <w:p w14:paraId="447E5A04" w14:textId="77777777" w:rsidR="00ED5A80" w:rsidRDefault="00ED5A80" w:rsidP="00AF6E39">
            <w:pPr>
              <w:spacing w:after="0"/>
            </w:pPr>
            <w:r>
              <w:rPr>
                <w:rFonts w:ascii="Arial" w:hAnsi="Arial"/>
                <w:sz w:val="15"/>
              </w:rPr>
              <w:t>Project coordination and reporting</w:t>
            </w:r>
          </w:p>
        </w:tc>
        <w:tc>
          <w:tcPr>
            <w:tcW w:w="3096" w:type="dxa"/>
            <w:shd w:val="clear" w:color="auto" w:fill="F2F4F5"/>
            <w:tcMar>
              <w:top w:w="65" w:type="dxa"/>
              <w:left w:w="75" w:type="dxa"/>
              <w:bottom w:w="65" w:type="dxa"/>
              <w:right w:w="75" w:type="dxa"/>
            </w:tcMar>
            <w:vAlign w:val="center"/>
          </w:tcPr>
          <w:p w14:paraId="3E502717" w14:textId="77777777" w:rsidR="00ED5A80" w:rsidRDefault="00ED5A80" w:rsidP="00AF6E39">
            <w:pPr>
              <w:spacing w:after="0"/>
            </w:pPr>
          </w:p>
        </w:tc>
        <w:tc>
          <w:tcPr>
            <w:tcW w:w="1944" w:type="dxa"/>
            <w:shd w:val="clear" w:color="auto" w:fill="F2F4F5"/>
            <w:tcMar>
              <w:top w:w="65" w:type="dxa"/>
              <w:left w:w="75" w:type="dxa"/>
              <w:bottom w:w="65" w:type="dxa"/>
              <w:right w:w="75" w:type="dxa"/>
            </w:tcMar>
            <w:vAlign w:val="center"/>
          </w:tcPr>
          <w:p w14:paraId="23F87CD1" w14:textId="77777777" w:rsidR="00ED5A80" w:rsidRDefault="00ED5A80" w:rsidP="00AF6E39">
            <w:pPr>
              <w:spacing w:after="0"/>
            </w:pPr>
          </w:p>
        </w:tc>
        <w:tc>
          <w:tcPr>
            <w:tcW w:w="2232" w:type="dxa"/>
            <w:shd w:val="clear" w:color="auto" w:fill="F2F4F5"/>
            <w:tcMar>
              <w:top w:w="65" w:type="dxa"/>
              <w:left w:w="75" w:type="dxa"/>
              <w:bottom w:w="65" w:type="dxa"/>
              <w:right w:w="75" w:type="dxa"/>
            </w:tcMar>
            <w:vAlign w:val="center"/>
          </w:tcPr>
          <w:p w14:paraId="0ED92124" w14:textId="77777777" w:rsidR="00ED5A80" w:rsidRDefault="00ED5A80" w:rsidP="00AF6E39">
            <w:pPr>
              <w:spacing w:after="0"/>
            </w:pPr>
          </w:p>
        </w:tc>
      </w:tr>
      <w:tr w:rsidR="00ED5A80" w14:paraId="12B20BBE" w14:textId="77777777" w:rsidTr="005862C6">
        <w:trPr>
          <w:jc w:val="center"/>
        </w:trPr>
        <w:tc>
          <w:tcPr>
            <w:tcW w:w="3240" w:type="dxa"/>
            <w:tcMar>
              <w:top w:w="65" w:type="dxa"/>
              <w:left w:w="75" w:type="dxa"/>
              <w:bottom w:w="65" w:type="dxa"/>
              <w:right w:w="75" w:type="dxa"/>
            </w:tcMar>
            <w:vAlign w:val="center"/>
          </w:tcPr>
          <w:p w14:paraId="34B81EC9" w14:textId="77777777" w:rsidR="00ED5A80" w:rsidRDefault="00ED5A80" w:rsidP="00AF6E39">
            <w:pPr>
              <w:spacing w:after="0"/>
            </w:pPr>
            <w:r>
              <w:rPr>
                <w:rFonts w:ascii="Arial" w:hAnsi="Arial"/>
                <w:sz w:val="15"/>
              </w:rPr>
              <w:t>Other eligible cost</w:t>
            </w:r>
          </w:p>
        </w:tc>
        <w:tc>
          <w:tcPr>
            <w:tcW w:w="3096" w:type="dxa"/>
            <w:tcMar>
              <w:top w:w="65" w:type="dxa"/>
              <w:left w:w="75" w:type="dxa"/>
              <w:bottom w:w="65" w:type="dxa"/>
              <w:right w:w="75" w:type="dxa"/>
            </w:tcMar>
            <w:vAlign w:val="center"/>
          </w:tcPr>
          <w:p w14:paraId="1681D532" w14:textId="77777777" w:rsidR="00ED5A80" w:rsidRDefault="00ED5A80" w:rsidP="00AF6E39">
            <w:pPr>
              <w:spacing w:after="0"/>
            </w:pPr>
          </w:p>
        </w:tc>
        <w:tc>
          <w:tcPr>
            <w:tcW w:w="1944" w:type="dxa"/>
            <w:tcMar>
              <w:top w:w="65" w:type="dxa"/>
              <w:left w:w="75" w:type="dxa"/>
              <w:bottom w:w="65" w:type="dxa"/>
              <w:right w:w="75" w:type="dxa"/>
            </w:tcMar>
            <w:vAlign w:val="center"/>
          </w:tcPr>
          <w:p w14:paraId="0DDCA048" w14:textId="77777777" w:rsidR="00ED5A80" w:rsidRDefault="00ED5A80" w:rsidP="00AF6E39">
            <w:pPr>
              <w:spacing w:after="0"/>
            </w:pPr>
          </w:p>
        </w:tc>
        <w:tc>
          <w:tcPr>
            <w:tcW w:w="2232" w:type="dxa"/>
            <w:tcMar>
              <w:top w:w="65" w:type="dxa"/>
              <w:left w:w="75" w:type="dxa"/>
              <w:bottom w:w="65" w:type="dxa"/>
              <w:right w:w="75" w:type="dxa"/>
            </w:tcMar>
            <w:vAlign w:val="center"/>
          </w:tcPr>
          <w:p w14:paraId="63FD97B6" w14:textId="77777777" w:rsidR="00ED5A80" w:rsidRDefault="00ED5A80" w:rsidP="00AF6E39">
            <w:pPr>
              <w:spacing w:after="0"/>
            </w:pPr>
          </w:p>
        </w:tc>
      </w:tr>
      <w:tr w:rsidR="005862C6" w14:paraId="208A3E4A" w14:textId="77777777" w:rsidTr="00AF6E39">
        <w:trPr>
          <w:jc w:val="center"/>
        </w:trPr>
        <w:tc>
          <w:tcPr>
            <w:tcW w:w="6336" w:type="dxa"/>
            <w:gridSpan w:val="2"/>
            <w:tcMar>
              <w:top w:w="65" w:type="dxa"/>
              <w:left w:w="75" w:type="dxa"/>
              <w:bottom w:w="65" w:type="dxa"/>
              <w:right w:w="75" w:type="dxa"/>
            </w:tcMar>
            <w:vAlign w:val="center"/>
          </w:tcPr>
          <w:p w14:paraId="6806AB72" w14:textId="73552882" w:rsidR="005862C6" w:rsidRDefault="005862C6" w:rsidP="00AF6E39">
            <w:pPr>
              <w:spacing w:after="0"/>
            </w:pPr>
            <w:r>
              <w:rPr>
                <w:rFonts w:ascii="Arial" w:hAnsi="Arial"/>
                <w:sz w:val="15"/>
              </w:rPr>
              <w:t xml:space="preserve">TOTAL </w:t>
            </w:r>
          </w:p>
        </w:tc>
        <w:tc>
          <w:tcPr>
            <w:tcW w:w="1944" w:type="dxa"/>
            <w:tcMar>
              <w:top w:w="65" w:type="dxa"/>
              <w:left w:w="75" w:type="dxa"/>
              <w:bottom w:w="65" w:type="dxa"/>
              <w:right w:w="75" w:type="dxa"/>
            </w:tcMar>
            <w:vAlign w:val="center"/>
          </w:tcPr>
          <w:p w14:paraId="62EC30F1" w14:textId="77777777" w:rsidR="005862C6" w:rsidRDefault="005862C6" w:rsidP="00AF6E39">
            <w:pPr>
              <w:spacing w:after="0"/>
            </w:pPr>
          </w:p>
        </w:tc>
        <w:tc>
          <w:tcPr>
            <w:tcW w:w="2232" w:type="dxa"/>
            <w:tcMar>
              <w:top w:w="65" w:type="dxa"/>
              <w:left w:w="75" w:type="dxa"/>
              <w:bottom w:w="65" w:type="dxa"/>
              <w:right w:w="75" w:type="dxa"/>
            </w:tcMar>
            <w:vAlign w:val="center"/>
          </w:tcPr>
          <w:p w14:paraId="1A1E8969" w14:textId="77777777" w:rsidR="005862C6" w:rsidRDefault="005862C6" w:rsidP="00AF6E39">
            <w:pPr>
              <w:spacing w:after="0"/>
            </w:pPr>
          </w:p>
        </w:tc>
      </w:tr>
    </w:tbl>
    <w:p w14:paraId="53793DB5" w14:textId="77777777" w:rsidR="00ED5A80" w:rsidRDefault="00ED5A80" w:rsidP="00ED5A80">
      <w:pPr>
        <w:spacing w:after="40"/>
      </w:pPr>
      <w:r>
        <w:rPr>
          <w:b/>
          <w:color w:val="17365D"/>
        </w:rPr>
        <w:t>Indicative total project cost:</w:t>
      </w:r>
    </w:p>
    <w:tbl>
      <w:tblPr>
        <w:tblW w:w="0" w:type="auto"/>
        <w:tblLook w:val="04A0" w:firstRow="1" w:lastRow="0" w:firstColumn="1" w:lastColumn="0" w:noHBand="0" w:noVBand="1"/>
      </w:tblPr>
      <w:tblGrid>
        <w:gridCol w:w="9746"/>
      </w:tblGrid>
      <w:tr w:rsidR="00ED5A80" w14:paraId="766BB7CD" w14:textId="77777777" w:rsidTr="00AF6E39">
        <w:trPr>
          <w:tblHeader/>
        </w:trPr>
        <w:tc>
          <w:tcPr>
            <w:tcW w:w="10368" w:type="dxa"/>
            <w:shd w:val="clear" w:color="auto" w:fill="FAFAFA"/>
            <w:tcMar>
              <w:top w:w="90" w:type="dxa"/>
              <w:left w:w="100" w:type="dxa"/>
              <w:bottom w:w="90" w:type="dxa"/>
              <w:right w:w="100" w:type="dxa"/>
            </w:tcMar>
          </w:tcPr>
          <w:p w14:paraId="6D411FBE" w14:textId="77777777" w:rsidR="00ED5A80" w:rsidRDefault="00ED5A80" w:rsidP="00AF6E39"/>
        </w:tc>
      </w:tr>
    </w:tbl>
    <w:p w14:paraId="1D773660" w14:textId="77777777" w:rsidR="00ED5A80" w:rsidRDefault="00ED5A80" w:rsidP="00ED5A80">
      <w:pPr>
        <w:spacing w:after="0"/>
      </w:pPr>
    </w:p>
    <w:p w14:paraId="016DC0F1" w14:textId="77777777" w:rsidR="00ED5A80" w:rsidRDefault="00ED5A80" w:rsidP="00ED5A80">
      <w:pPr>
        <w:spacing w:after="40"/>
      </w:pPr>
      <w:r>
        <w:rPr>
          <w:b/>
          <w:color w:val="17365D"/>
        </w:rPr>
        <w:t>Less other funding and organisational contributions:</w:t>
      </w:r>
    </w:p>
    <w:tbl>
      <w:tblPr>
        <w:tblW w:w="0" w:type="auto"/>
        <w:tblLook w:val="04A0" w:firstRow="1" w:lastRow="0" w:firstColumn="1" w:lastColumn="0" w:noHBand="0" w:noVBand="1"/>
      </w:tblPr>
      <w:tblGrid>
        <w:gridCol w:w="9746"/>
      </w:tblGrid>
      <w:tr w:rsidR="00ED5A80" w14:paraId="2279172C" w14:textId="77777777" w:rsidTr="00AF6E39">
        <w:trPr>
          <w:tblHeader/>
        </w:trPr>
        <w:tc>
          <w:tcPr>
            <w:tcW w:w="10368" w:type="dxa"/>
            <w:shd w:val="clear" w:color="auto" w:fill="FAFAFA"/>
            <w:tcMar>
              <w:top w:w="90" w:type="dxa"/>
              <w:left w:w="100" w:type="dxa"/>
              <w:bottom w:w="90" w:type="dxa"/>
              <w:right w:w="100" w:type="dxa"/>
            </w:tcMar>
          </w:tcPr>
          <w:p w14:paraId="6A8F9CA3" w14:textId="77777777" w:rsidR="00ED5A80" w:rsidRDefault="00ED5A80" w:rsidP="00AF6E39"/>
        </w:tc>
      </w:tr>
    </w:tbl>
    <w:p w14:paraId="1A7ABEE4" w14:textId="77777777" w:rsidR="00ED5A80" w:rsidRDefault="00ED5A80" w:rsidP="00ED5A80">
      <w:pPr>
        <w:spacing w:after="0"/>
      </w:pPr>
    </w:p>
    <w:p w14:paraId="71F9E460" w14:textId="77777777" w:rsidR="00ED5A80" w:rsidRDefault="00ED5A80" w:rsidP="00ED5A80">
      <w:pPr>
        <w:spacing w:after="40"/>
      </w:pPr>
      <w:r>
        <w:rPr>
          <w:b/>
          <w:color w:val="17365D"/>
        </w:rPr>
        <w:t>Indicative grant request:</w:t>
      </w:r>
    </w:p>
    <w:tbl>
      <w:tblPr>
        <w:tblW w:w="0" w:type="auto"/>
        <w:tblLook w:val="04A0" w:firstRow="1" w:lastRow="0" w:firstColumn="1" w:lastColumn="0" w:noHBand="0" w:noVBand="1"/>
      </w:tblPr>
      <w:tblGrid>
        <w:gridCol w:w="9746"/>
      </w:tblGrid>
      <w:tr w:rsidR="00ED5A80" w14:paraId="1B0ECE16" w14:textId="77777777" w:rsidTr="00AF6E39">
        <w:trPr>
          <w:tblHeader/>
        </w:trPr>
        <w:tc>
          <w:tcPr>
            <w:tcW w:w="10368" w:type="dxa"/>
            <w:shd w:val="clear" w:color="auto" w:fill="FAFAFA"/>
            <w:tcMar>
              <w:top w:w="90" w:type="dxa"/>
              <w:left w:w="100" w:type="dxa"/>
              <w:bottom w:w="90" w:type="dxa"/>
              <w:right w:w="100" w:type="dxa"/>
            </w:tcMar>
          </w:tcPr>
          <w:p w14:paraId="1ABB35E2" w14:textId="77777777" w:rsidR="00ED5A80" w:rsidRDefault="00ED5A80" w:rsidP="00AF6E39"/>
        </w:tc>
      </w:tr>
    </w:tbl>
    <w:p w14:paraId="2204D133" w14:textId="77777777" w:rsidR="00ED5A80" w:rsidRDefault="00ED5A80" w:rsidP="00ED5A80">
      <w:pPr>
        <w:spacing w:after="0"/>
      </w:pPr>
    </w:p>
    <w:p w14:paraId="2DDA55A3" w14:textId="77777777" w:rsidR="00ED5A80" w:rsidRDefault="00ED5A80" w:rsidP="00ED5A80">
      <w:pPr>
        <w:spacing w:after="40"/>
      </w:pPr>
      <w:r>
        <w:rPr>
          <w:b/>
          <w:color w:val="17365D"/>
        </w:rPr>
        <w:lastRenderedPageBreak/>
        <w:t>Briefly explain why this level of funding is appropriate for the proposed traineeship.</w:t>
      </w:r>
    </w:p>
    <w:tbl>
      <w:tblPr>
        <w:tblW w:w="0" w:type="auto"/>
        <w:tblLook w:val="04A0" w:firstRow="1" w:lastRow="0" w:firstColumn="1" w:lastColumn="0" w:noHBand="0" w:noVBand="1"/>
      </w:tblPr>
      <w:tblGrid>
        <w:gridCol w:w="9746"/>
      </w:tblGrid>
      <w:tr w:rsidR="00ED5A80" w14:paraId="1CF54B63" w14:textId="77777777" w:rsidTr="00AF6E39">
        <w:trPr>
          <w:tblHeader/>
        </w:trPr>
        <w:tc>
          <w:tcPr>
            <w:tcW w:w="10368" w:type="dxa"/>
            <w:shd w:val="clear" w:color="auto" w:fill="FAFAFA"/>
            <w:tcMar>
              <w:top w:w="90" w:type="dxa"/>
              <w:left w:w="100" w:type="dxa"/>
              <w:bottom w:w="90" w:type="dxa"/>
              <w:right w:w="100" w:type="dxa"/>
            </w:tcMar>
          </w:tcPr>
          <w:p w14:paraId="2C142C54" w14:textId="77777777" w:rsidR="00ED5A80" w:rsidRDefault="00ED5A80" w:rsidP="00AF6E39">
            <w:r>
              <w:br/>
            </w:r>
            <w:r>
              <w:br/>
            </w:r>
          </w:p>
        </w:tc>
      </w:tr>
    </w:tbl>
    <w:p w14:paraId="0959E9A3" w14:textId="77777777" w:rsidR="00ED5A80" w:rsidRDefault="00ED5A80" w:rsidP="00ED5A80">
      <w:pPr>
        <w:spacing w:after="0"/>
      </w:pPr>
    </w:p>
    <w:p w14:paraId="5964CF6E" w14:textId="77777777" w:rsidR="00ED5A80" w:rsidRDefault="00ED5A80" w:rsidP="00ED5A80">
      <w:pPr>
        <w:pStyle w:val="Heading2"/>
      </w:pPr>
      <w:r>
        <w:t>7. Outcomes, risks and support needed</w:t>
      </w:r>
    </w:p>
    <w:p w14:paraId="0B76982A" w14:textId="77777777" w:rsidR="00ED5A80" w:rsidRDefault="00ED5A80" w:rsidP="00ED5A80">
      <w:pPr>
        <w:spacing w:after="40"/>
      </w:pPr>
      <w:r>
        <w:rPr>
          <w:b/>
          <w:color w:val="17365D"/>
        </w:rPr>
        <w:t>Expected outcomes for the trainee:</w:t>
      </w:r>
    </w:p>
    <w:tbl>
      <w:tblPr>
        <w:tblW w:w="0" w:type="auto"/>
        <w:tblLook w:val="04A0" w:firstRow="1" w:lastRow="0" w:firstColumn="1" w:lastColumn="0" w:noHBand="0" w:noVBand="1"/>
      </w:tblPr>
      <w:tblGrid>
        <w:gridCol w:w="9746"/>
      </w:tblGrid>
      <w:tr w:rsidR="00ED5A80" w14:paraId="393B1A6B" w14:textId="77777777" w:rsidTr="00AF6E39">
        <w:trPr>
          <w:tblHeader/>
        </w:trPr>
        <w:tc>
          <w:tcPr>
            <w:tcW w:w="10368" w:type="dxa"/>
            <w:shd w:val="clear" w:color="auto" w:fill="FAFAFA"/>
            <w:tcMar>
              <w:top w:w="90" w:type="dxa"/>
              <w:left w:w="100" w:type="dxa"/>
              <w:bottom w:w="90" w:type="dxa"/>
              <w:right w:w="100" w:type="dxa"/>
            </w:tcMar>
          </w:tcPr>
          <w:p w14:paraId="5FB837A2" w14:textId="77777777" w:rsidR="00ED5A80" w:rsidRDefault="00ED5A80" w:rsidP="00AF6E39">
            <w:r>
              <w:br/>
            </w:r>
            <w:r>
              <w:br/>
            </w:r>
          </w:p>
        </w:tc>
      </w:tr>
    </w:tbl>
    <w:p w14:paraId="2B71492C" w14:textId="77777777" w:rsidR="00ED5A80" w:rsidRDefault="00ED5A80" w:rsidP="00ED5A80">
      <w:pPr>
        <w:spacing w:after="0"/>
      </w:pPr>
    </w:p>
    <w:p w14:paraId="3410EFB5" w14:textId="77777777" w:rsidR="00ED5A80" w:rsidRDefault="00ED5A80" w:rsidP="00ED5A80">
      <w:pPr>
        <w:spacing w:after="40"/>
      </w:pPr>
      <w:r>
        <w:rPr>
          <w:b/>
          <w:color w:val="17365D"/>
        </w:rPr>
        <w:t>Expected outcomes for the organisation or community:</w:t>
      </w:r>
    </w:p>
    <w:tbl>
      <w:tblPr>
        <w:tblW w:w="0" w:type="auto"/>
        <w:tblLook w:val="04A0" w:firstRow="1" w:lastRow="0" w:firstColumn="1" w:lastColumn="0" w:noHBand="0" w:noVBand="1"/>
      </w:tblPr>
      <w:tblGrid>
        <w:gridCol w:w="9746"/>
      </w:tblGrid>
      <w:tr w:rsidR="00ED5A80" w14:paraId="17ABD3EE" w14:textId="77777777" w:rsidTr="00AF6E39">
        <w:trPr>
          <w:tblHeader/>
        </w:trPr>
        <w:tc>
          <w:tcPr>
            <w:tcW w:w="10368" w:type="dxa"/>
            <w:shd w:val="clear" w:color="auto" w:fill="FAFAFA"/>
            <w:tcMar>
              <w:top w:w="90" w:type="dxa"/>
              <w:left w:w="100" w:type="dxa"/>
              <w:bottom w:w="90" w:type="dxa"/>
              <w:right w:w="100" w:type="dxa"/>
            </w:tcMar>
          </w:tcPr>
          <w:p w14:paraId="08C8BA9D" w14:textId="77777777" w:rsidR="00ED5A80" w:rsidRDefault="00ED5A80" w:rsidP="00AF6E39">
            <w:r>
              <w:br/>
            </w:r>
            <w:r>
              <w:br/>
            </w:r>
          </w:p>
        </w:tc>
      </w:tr>
    </w:tbl>
    <w:p w14:paraId="35EE2276" w14:textId="77777777" w:rsidR="00ED5A80" w:rsidRDefault="00ED5A80" w:rsidP="00ED5A80">
      <w:pPr>
        <w:spacing w:after="0"/>
      </w:pPr>
    </w:p>
    <w:tbl>
      <w:tblPr>
        <w:tblW w:w="9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2"/>
        <w:gridCol w:w="3334"/>
        <w:gridCol w:w="2570"/>
      </w:tblGrid>
      <w:tr w:rsidR="00ED5A80" w14:paraId="352E5E2C" w14:textId="77777777" w:rsidTr="005862C6">
        <w:trPr>
          <w:tblHeader/>
          <w:jc w:val="center"/>
        </w:trPr>
        <w:tc>
          <w:tcPr>
            <w:tcW w:w="4032" w:type="dxa"/>
            <w:shd w:val="clear" w:color="auto" w:fill="17365D"/>
            <w:tcMar>
              <w:top w:w="65" w:type="dxa"/>
              <w:left w:w="75" w:type="dxa"/>
              <w:bottom w:w="65" w:type="dxa"/>
              <w:right w:w="75" w:type="dxa"/>
            </w:tcMar>
            <w:vAlign w:val="center"/>
          </w:tcPr>
          <w:p w14:paraId="0BACC9E9" w14:textId="77777777" w:rsidR="00ED5A80" w:rsidRDefault="00ED5A80" w:rsidP="00AF6E39">
            <w:pPr>
              <w:spacing w:after="0"/>
            </w:pPr>
            <w:r>
              <w:rPr>
                <w:rFonts w:ascii="Arial" w:hAnsi="Arial"/>
                <w:b/>
                <w:color w:val="FFFFFF"/>
                <w:sz w:val="16"/>
              </w:rPr>
              <w:t>Risk, gap or unanswered question</w:t>
            </w:r>
          </w:p>
        </w:tc>
        <w:tc>
          <w:tcPr>
            <w:tcW w:w="3334" w:type="dxa"/>
            <w:shd w:val="clear" w:color="auto" w:fill="17365D"/>
            <w:tcMar>
              <w:top w:w="65" w:type="dxa"/>
              <w:left w:w="75" w:type="dxa"/>
              <w:bottom w:w="65" w:type="dxa"/>
              <w:right w:w="75" w:type="dxa"/>
            </w:tcMar>
            <w:vAlign w:val="center"/>
          </w:tcPr>
          <w:p w14:paraId="7ECA963B" w14:textId="77777777" w:rsidR="00ED5A80" w:rsidRDefault="00ED5A80" w:rsidP="00AF6E39">
            <w:pPr>
              <w:spacing w:after="0"/>
            </w:pPr>
            <w:r>
              <w:rPr>
                <w:rFonts w:ascii="Arial" w:hAnsi="Arial"/>
                <w:b/>
                <w:color w:val="FFFFFF"/>
                <w:sz w:val="16"/>
              </w:rPr>
              <w:t>How it may be managed</w:t>
            </w:r>
          </w:p>
        </w:tc>
        <w:tc>
          <w:tcPr>
            <w:tcW w:w="2570" w:type="dxa"/>
            <w:shd w:val="clear" w:color="auto" w:fill="17365D"/>
            <w:tcMar>
              <w:top w:w="65" w:type="dxa"/>
              <w:left w:w="75" w:type="dxa"/>
              <w:bottom w:w="65" w:type="dxa"/>
              <w:right w:w="75" w:type="dxa"/>
            </w:tcMar>
            <w:vAlign w:val="center"/>
          </w:tcPr>
          <w:p w14:paraId="3CF2442E" w14:textId="77777777" w:rsidR="00ED5A80" w:rsidRDefault="00ED5A80" w:rsidP="00AF6E39">
            <w:pPr>
              <w:spacing w:after="0"/>
            </w:pPr>
            <w:r>
              <w:rPr>
                <w:rFonts w:ascii="Arial" w:hAnsi="Arial"/>
                <w:b/>
                <w:color w:val="FFFFFF"/>
                <w:sz w:val="16"/>
              </w:rPr>
              <w:t>Help needed from</w:t>
            </w:r>
          </w:p>
        </w:tc>
      </w:tr>
      <w:tr w:rsidR="00ED5A80" w14:paraId="0091BA73" w14:textId="77777777" w:rsidTr="005862C6">
        <w:trPr>
          <w:jc w:val="center"/>
        </w:trPr>
        <w:tc>
          <w:tcPr>
            <w:tcW w:w="4032" w:type="dxa"/>
            <w:tcMar>
              <w:top w:w="65" w:type="dxa"/>
              <w:left w:w="75" w:type="dxa"/>
              <w:bottom w:w="65" w:type="dxa"/>
              <w:right w:w="75" w:type="dxa"/>
            </w:tcMar>
            <w:vAlign w:val="center"/>
          </w:tcPr>
          <w:p w14:paraId="4EDF8012" w14:textId="77777777" w:rsidR="00ED5A80" w:rsidRDefault="00ED5A80" w:rsidP="00AF6E39">
            <w:pPr>
              <w:spacing w:after="0"/>
            </w:pPr>
          </w:p>
        </w:tc>
        <w:tc>
          <w:tcPr>
            <w:tcW w:w="3334" w:type="dxa"/>
            <w:tcMar>
              <w:top w:w="65" w:type="dxa"/>
              <w:left w:w="75" w:type="dxa"/>
              <w:bottom w:w="65" w:type="dxa"/>
              <w:right w:w="75" w:type="dxa"/>
            </w:tcMar>
            <w:vAlign w:val="center"/>
          </w:tcPr>
          <w:p w14:paraId="6F411451" w14:textId="77777777" w:rsidR="00ED5A80" w:rsidRDefault="00ED5A80" w:rsidP="00AF6E39">
            <w:pPr>
              <w:spacing w:after="0"/>
            </w:pPr>
          </w:p>
        </w:tc>
        <w:tc>
          <w:tcPr>
            <w:tcW w:w="2570" w:type="dxa"/>
            <w:tcMar>
              <w:top w:w="65" w:type="dxa"/>
              <w:left w:w="75" w:type="dxa"/>
              <w:bottom w:w="65" w:type="dxa"/>
              <w:right w:w="75" w:type="dxa"/>
            </w:tcMar>
            <w:vAlign w:val="center"/>
          </w:tcPr>
          <w:p w14:paraId="2EB56934" w14:textId="77777777" w:rsidR="00ED5A80" w:rsidRDefault="00ED5A80" w:rsidP="00AF6E39">
            <w:pPr>
              <w:spacing w:after="0"/>
            </w:pPr>
          </w:p>
        </w:tc>
      </w:tr>
      <w:tr w:rsidR="00ED5A80" w14:paraId="15F62A0C" w14:textId="77777777" w:rsidTr="005862C6">
        <w:trPr>
          <w:jc w:val="center"/>
        </w:trPr>
        <w:tc>
          <w:tcPr>
            <w:tcW w:w="4032" w:type="dxa"/>
            <w:shd w:val="clear" w:color="auto" w:fill="F2F4F5"/>
            <w:tcMar>
              <w:top w:w="65" w:type="dxa"/>
              <w:left w:w="75" w:type="dxa"/>
              <w:bottom w:w="65" w:type="dxa"/>
              <w:right w:w="75" w:type="dxa"/>
            </w:tcMar>
            <w:vAlign w:val="center"/>
          </w:tcPr>
          <w:p w14:paraId="71AA76FC" w14:textId="77777777" w:rsidR="00ED5A80" w:rsidRDefault="00ED5A80" w:rsidP="00AF6E39">
            <w:pPr>
              <w:spacing w:after="0"/>
            </w:pPr>
          </w:p>
        </w:tc>
        <w:tc>
          <w:tcPr>
            <w:tcW w:w="3334" w:type="dxa"/>
            <w:shd w:val="clear" w:color="auto" w:fill="F2F4F5"/>
            <w:tcMar>
              <w:top w:w="65" w:type="dxa"/>
              <w:left w:w="75" w:type="dxa"/>
              <w:bottom w:w="65" w:type="dxa"/>
              <w:right w:w="75" w:type="dxa"/>
            </w:tcMar>
            <w:vAlign w:val="center"/>
          </w:tcPr>
          <w:p w14:paraId="33A39E01" w14:textId="77777777" w:rsidR="00ED5A80" w:rsidRDefault="00ED5A80" w:rsidP="00AF6E39">
            <w:pPr>
              <w:spacing w:after="0"/>
            </w:pPr>
          </w:p>
        </w:tc>
        <w:tc>
          <w:tcPr>
            <w:tcW w:w="2570" w:type="dxa"/>
            <w:shd w:val="clear" w:color="auto" w:fill="F2F4F5"/>
            <w:tcMar>
              <w:top w:w="65" w:type="dxa"/>
              <w:left w:w="75" w:type="dxa"/>
              <w:bottom w:w="65" w:type="dxa"/>
              <w:right w:w="75" w:type="dxa"/>
            </w:tcMar>
            <w:vAlign w:val="center"/>
          </w:tcPr>
          <w:p w14:paraId="26F16681" w14:textId="77777777" w:rsidR="00ED5A80" w:rsidRDefault="00ED5A80" w:rsidP="00AF6E39">
            <w:pPr>
              <w:spacing w:after="0"/>
            </w:pPr>
          </w:p>
        </w:tc>
      </w:tr>
      <w:tr w:rsidR="00ED5A80" w14:paraId="7ED6CED8" w14:textId="77777777" w:rsidTr="005862C6">
        <w:trPr>
          <w:jc w:val="center"/>
        </w:trPr>
        <w:tc>
          <w:tcPr>
            <w:tcW w:w="4032" w:type="dxa"/>
            <w:tcMar>
              <w:top w:w="65" w:type="dxa"/>
              <w:left w:w="75" w:type="dxa"/>
              <w:bottom w:w="65" w:type="dxa"/>
              <w:right w:w="75" w:type="dxa"/>
            </w:tcMar>
            <w:vAlign w:val="center"/>
          </w:tcPr>
          <w:p w14:paraId="1FB7D744" w14:textId="77777777" w:rsidR="00ED5A80" w:rsidRDefault="00ED5A80" w:rsidP="00AF6E39">
            <w:pPr>
              <w:spacing w:after="0"/>
            </w:pPr>
          </w:p>
        </w:tc>
        <w:tc>
          <w:tcPr>
            <w:tcW w:w="3334" w:type="dxa"/>
            <w:tcMar>
              <w:top w:w="65" w:type="dxa"/>
              <w:left w:w="75" w:type="dxa"/>
              <w:bottom w:w="65" w:type="dxa"/>
              <w:right w:w="75" w:type="dxa"/>
            </w:tcMar>
            <w:vAlign w:val="center"/>
          </w:tcPr>
          <w:p w14:paraId="6ACA1B6D" w14:textId="77777777" w:rsidR="00ED5A80" w:rsidRDefault="00ED5A80" w:rsidP="00AF6E39">
            <w:pPr>
              <w:spacing w:after="0"/>
            </w:pPr>
          </w:p>
        </w:tc>
        <w:tc>
          <w:tcPr>
            <w:tcW w:w="2570" w:type="dxa"/>
            <w:tcMar>
              <w:top w:w="65" w:type="dxa"/>
              <w:left w:w="75" w:type="dxa"/>
              <w:bottom w:w="65" w:type="dxa"/>
              <w:right w:w="75" w:type="dxa"/>
            </w:tcMar>
            <w:vAlign w:val="center"/>
          </w:tcPr>
          <w:p w14:paraId="668B08A0" w14:textId="77777777" w:rsidR="00ED5A80" w:rsidRDefault="00ED5A80" w:rsidP="00AF6E39">
            <w:pPr>
              <w:spacing w:after="0"/>
            </w:pPr>
          </w:p>
        </w:tc>
      </w:tr>
      <w:tr w:rsidR="00ED5A80" w14:paraId="1884F91F" w14:textId="77777777" w:rsidTr="005862C6">
        <w:trPr>
          <w:jc w:val="center"/>
        </w:trPr>
        <w:tc>
          <w:tcPr>
            <w:tcW w:w="4032" w:type="dxa"/>
            <w:shd w:val="clear" w:color="auto" w:fill="F2F4F5"/>
            <w:tcMar>
              <w:top w:w="65" w:type="dxa"/>
              <w:left w:w="75" w:type="dxa"/>
              <w:bottom w:w="65" w:type="dxa"/>
              <w:right w:w="75" w:type="dxa"/>
            </w:tcMar>
            <w:vAlign w:val="center"/>
          </w:tcPr>
          <w:p w14:paraId="11CA23D1" w14:textId="77777777" w:rsidR="00ED5A80" w:rsidRDefault="00ED5A80" w:rsidP="00AF6E39">
            <w:pPr>
              <w:spacing w:after="0"/>
            </w:pPr>
          </w:p>
        </w:tc>
        <w:tc>
          <w:tcPr>
            <w:tcW w:w="3334" w:type="dxa"/>
            <w:shd w:val="clear" w:color="auto" w:fill="F2F4F5"/>
            <w:tcMar>
              <w:top w:w="65" w:type="dxa"/>
              <w:left w:w="75" w:type="dxa"/>
              <w:bottom w:w="65" w:type="dxa"/>
              <w:right w:w="75" w:type="dxa"/>
            </w:tcMar>
            <w:vAlign w:val="center"/>
          </w:tcPr>
          <w:p w14:paraId="12CCB968" w14:textId="77777777" w:rsidR="00ED5A80" w:rsidRDefault="00ED5A80" w:rsidP="00AF6E39">
            <w:pPr>
              <w:spacing w:after="0"/>
            </w:pPr>
          </w:p>
        </w:tc>
        <w:tc>
          <w:tcPr>
            <w:tcW w:w="2570" w:type="dxa"/>
            <w:shd w:val="clear" w:color="auto" w:fill="F2F4F5"/>
            <w:tcMar>
              <w:top w:w="65" w:type="dxa"/>
              <w:left w:w="75" w:type="dxa"/>
              <w:bottom w:w="65" w:type="dxa"/>
              <w:right w:w="75" w:type="dxa"/>
            </w:tcMar>
            <w:vAlign w:val="center"/>
          </w:tcPr>
          <w:p w14:paraId="52F19243" w14:textId="77777777" w:rsidR="00ED5A80" w:rsidRDefault="00ED5A80" w:rsidP="00AF6E39">
            <w:pPr>
              <w:spacing w:after="0"/>
            </w:pPr>
          </w:p>
        </w:tc>
      </w:tr>
    </w:tbl>
    <w:p w14:paraId="02DACF91" w14:textId="77777777" w:rsidR="005862C6" w:rsidRDefault="005862C6" w:rsidP="00ED5A80">
      <w:pPr>
        <w:spacing w:after="40"/>
        <w:rPr>
          <w:b/>
          <w:color w:val="17365D"/>
        </w:rPr>
      </w:pPr>
    </w:p>
    <w:p w14:paraId="4055D980" w14:textId="25407BAB" w:rsidR="00ED5A80" w:rsidRDefault="00ED5A80" w:rsidP="00ED5A80">
      <w:pPr>
        <w:spacing w:after="40"/>
      </w:pPr>
      <w:r>
        <w:rPr>
          <w:b/>
          <w:color w:val="17365D"/>
        </w:rPr>
        <w:t>What support would be useful from Skills Canberra</w:t>
      </w:r>
      <w:r w:rsidR="005862C6">
        <w:rPr>
          <w:b/>
          <w:color w:val="17365D"/>
        </w:rPr>
        <w:t xml:space="preserve"> and other partners</w:t>
      </w:r>
      <w:r>
        <w:rPr>
          <w:b/>
          <w:color w:val="17365D"/>
        </w:rPr>
        <w:t xml:space="preserve"> during </w:t>
      </w:r>
      <w:r w:rsidR="005862C6">
        <w:rPr>
          <w:b/>
          <w:color w:val="17365D"/>
        </w:rPr>
        <w:t xml:space="preserve">further </w:t>
      </w:r>
      <w:r>
        <w:rPr>
          <w:b/>
          <w:color w:val="17365D"/>
        </w:rPr>
        <w:t>project development?</w:t>
      </w:r>
    </w:p>
    <w:tbl>
      <w:tblPr>
        <w:tblW w:w="0" w:type="auto"/>
        <w:tblLook w:val="04A0" w:firstRow="1" w:lastRow="0" w:firstColumn="1" w:lastColumn="0" w:noHBand="0" w:noVBand="1"/>
      </w:tblPr>
      <w:tblGrid>
        <w:gridCol w:w="9746"/>
      </w:tblGrid>
      <w:tr w:rsidR="00ED5A80" w14:paraId="0449901B" w14:textId="77777777" w:rsidTr="00AF6E39">
        <w:trPr>
          <w:tblHeader/>
        </w:trPr>
        <w:tc>
          <w:tcPr>
            <w:tcW w:w="10368" w:type="dxa"/>
            <w:shd w:val="clear" w:color="auto" w:fill="FAFAFA"/>
            <w:tcMar>
              <w:top w:w="90" w:type="dxa"/>
              <w:left w:w="100" w:type="dxa"/>
              <w:bottom w:w="90" w:type="dxa"/>
              <w:right w:w="100" w:type="dxa"/>
            </w:tcMar>
          </w:tcPr>
          <w:p w14:paraId="3885E907" w14:textId="77777777" w:rsidR="00ED5A80" w:rsidRDefault="00ED5A80" w:rsidP="00AF6E39">
            <w:r>
              <w:br/>
            </w:r>
            <w:r>
              <w:br/>
            </w:r>
          </w:p>
        </w:tc>
      </w:tr>
    </w:tbl>
    <w:p w14:paraId="152A1821" w14:textId="77777777" w:rsidR="00ED5A80" w:rsidRDefault="00ED5A80" w:rsidP="00ED5A80">
      <w:pPr>
        <w:spacing w:after="0"/>
      </w:pPr>
    </w:p>
    <w:p w14:paraId="2A0F414A" w14:textId="383186C0" w:rsidR="00ED5A80" w:rsidRDefault="00ED5A80" w:rsidP="00F442BE">
      <w:pPr>
        <w:pStyle w:val="Heading2"/>
      </w:pPr>
      <w:r>
        <w:t>8. EOI readiness check</w:t>
      </w:r>
    </w:p>
    <w:p w14:paraId="264887F4" w14:textId="77777777" w:rsidR="00ED5A80" w:rsidRDefault="00ED5A80" w:rsidP="00ED5A80">
      <w:pPr>
        <w:pStyle w:val="ListBullet"/>
        <w:tabs>
          <w:tab w:val="num" w:pos="360"/>
        </w:tabs>
        <w:spacing w:after="20"/>
        <w:ind w:left="360" w:hanging="360"/>
      </w:pPr>
      <w:r>
        <w:rPr>
          <w:rFonts w:ascii="Segoe UI Symbol" w:hAnsi="Segoe UI Symbol" w:cs="Segoe UI Symbol"/>
        </w:rPr>
        <w:t>☐</w:t>
      </w:r>
      <w:r>
        <w:t xml:space="preserve"> The workforce need and role are clear.</w:t>
      </w:r>
    </w:p>
    <w:p w14:paraId="47946DD6" w14:textId="77777777" w:rsidR="00ED5A80" w:rsidRDefault="00ED5A80" w:rsidP="00ED5A80">
      <w:pPr>
        <w:pStyle w:val="ListBullet"/>
        <w:tabs>
          <w:tab w:val="num" w:pos="360"/>
        </w:tabs>
        <w:spacing w:after="20"/>
        <w:ind w:left="360" w:hanging="360"/>
      </w:pPr>
      <w:r>
        <w:t>☐ The role is meaningful, paid and linked to a likely qualification.</w:t>
      </w:r>
    </w:p>
    <w:p w14:paraId="24468E8C" w14:textId="77777777" w:rsidR="00ED5A80" w:rsidRDefault="00ED5A80" w:rsidP="00ED5A80">
      <w:pPr>
        <w:pStyle w:val="ListBullet"/>
        <w:tabs>
          <w:tab w:val="num" w:pos="360"/>
        </w:tabs>
        <w:spacing w:after="20"/>
        <w:ind w:left="360" w:hanging="360"/>
      </w:pPr>
      <w:r>
        <w:t>☐ The organisation has considered direct employment and GTO hosting.</w:t>
      </w:r>
    </w:p>
    <w:p w14:paraId="41D7689A" w14:textId="77777777" w:rsidR="00ED5A80" w:rsidRDefault="00ED5A80" w:rsidP="00ED5A80">
      <w:pPr>
        <w:pStyle w:val="ListBullet"/>
        <w:tabs>
          <w:tab w:val="num" w:pos="360"/>
        </w:tabs>
        <w:spacing w:after="20"/>
        <w:ind w:left="360" w:hanging="360"/>
      </w:pPr>
      <w:r>
        <w:t>☐ Supervision, cultural support and practical support have been considered.</w:t>
      </w:r>
    </w:p>
    <w:p w14:paraId="7FD4AA51" w14:textId="77777777" w:rsidR="00ED5A80" w:rsidRDefault="00ED5A80" w:rsidP="00ED5A80">
      <w:pPr>
        <w:pStyle w:val="ListBullet"/>
        <w:tabs>
          <w:tab w:val="num" w:pos="360"/>
        </w:tabs>
        <w:spacing w:after="20"/>
        <w:ind w:left="360" w:hanging="360"/>
      </w:pPr>
      <w:r>
        <w:t>☐ The indicative funding request is based on listed project costs.</w:t>
      </w:r>
    </w:p>
    <w:p w14:paraId="1C96E57B" w14:textId="77777777" w:rsidR="00ED5A80" w:rsidRDefault="00ED5A80" w:rsidP="00ED5A80">
      <w:pPr>
        <w:pStyle w:val="ListBullet"/>
        <w:tabs>
          <w:tab w:val="num" w:pos="360"/>
        </w:tabs>
        <w:spacing w:after="20"/>
        <w:ind w:left="360" w:hanging="360"/>
      </w:pPr>
      <w:r>
        <w:t>☐ Outstanding questions and support needs are openly recorded.</w:t>
      </w:r>
    </w:p>
    <w:p w14:paraId="63EE637E" w14:textId="77777777" w:rsidR="00ED5A80" w:rsidRDefault="00ED5A80" w:rsidP="00ED5A80">
      <w:pPr>
        <w:pStyle w:val="ListBullet"/>
        <w:tabs>
          <w:tab w:val="num" w:pos="360"/>
        </w:tabs>
        <w:spacing w:after="20"/>
        <w:ind w:left="360" w:hanging="360"/>
      </w:pPr>
      <w:r>
        <w:lastRenderedPageBreak/>
        <w:t xml:space="preserve">☐ An </w:t>
      </w:r>
      <w:proofErr w:type="spellStart"/>
      <w:r>
        <w:t>authorised</w:t>
      </w:r>
      <w:proofErr w:type="spellEnd"/>
      <w:r>
        <w:t xml:space="preserve"> officer has reviewed this template.</w:t>
      </w:r>
    </w:p>
    <w:p w14:paraId="0FF318C4" w14:textId="24FFF7F8" w:rsidR="005862C6" w:rsidRDefault="005862C6">
      <w:pPr>
        <w:spacing w:before="0" w:after="0"/>
      </w:pPr>
      <w:r>
        <w:br w:type="page"/>
      </w:r>
    </w:p>
    <w:p w14:paraId="0AD89893" w14:textId="77777777" w:rsidR="00ED5A80" w:rsidRDefault="00ED5A80" w:rsidP="00ED5A80">
      <w:pPr>
        <w:spacing w:after="0"/>
      </w:pPr>
    </w:p>
    <w:p w14:paraId="7C09C74E" w14:textId="77777777" w:rsidR="00ED5A80" w:rsidRPr="005862C6" w:rsidRDefault="00ED5A80" w:rsidP="005862C6">
      <w:pPr>
        <w:spacing w:before="160"/>
        <w:jc w:val="center"/>
        <w:rPr>
          <w:b/>
          <w:color w:val="1F6D6B"/>
          <w:sz w:val="40"/>
          <w:szCs w:val="40"/>
        </w:rPr>
      </w:pPr>
      <w:r w:rsidRPr="005862C6">
        <w:rPr>
          <w:b/>
          <w:color w:val="1F6D6B"/>
          <w:sz w:val="40"/>
          <w:szCs w:val="40"/>
        </w:rPr>
        <w:t>PART B</w:t>
      </w:r>
    </w:p>
    <w:p w14:paraId="1E2FECB4" w14:textId="77777777" w:rsidR="00ED5A80" w:rsidRDefault="00ED5A80" w:rsidP="00ED5A80">
      <w:pPr>
        <w:pStyle w:val="Heading1"/>
      </w:pPr>
      <w:r>
        <w:t>Complete only if invited to submit a full application</w:t>
      </w:r>
    </w:p>
    <w:p w14:paraId="52FE8A75" w14:textId="289066C2" w:rsidR="00ED5A80" w:rsidRDefault="00ED5A80" w:rsidP="57E42AE3">
      <w:pPr>
        <w:spacing w:before="0" w:after="0" w:line="300" w:lineRule="auto"/>
      </w:pPr>
      <w:r>
        <w:t>Keep Part A and update it only where information has developed. Use this part to confirm and expand the project.</w:t>
      </w:r>
      <w:r w:rsidR="7BEA950F">
        <w:t xml:space="preserve"> </w:t>
      </w:r>
    </w:p>
    <w:p w14:paraId="478F8DC5" w14:textId="7AC3BA57" w:rsidR="00ED5A80" w:rsidRDefault="7BEA950F" w:rsidP="00FD40A7">
      <w:pPr>
        <w:spacing w:before="0" w:after="0" w:line="300" w:lineRule="auto"/>
      </w:pPr>
      <w:r w:rsidRPr="57E42AE3">
        <w:rPr>
          <w:rFonts w:ascii="Segoe UI" w:eastAsia="Segoe UI" w:hAnsi="Segoe UI" w:cs="Segoe UI"/>
          <w:bCs w:val="0"/>
          <w:iCs w:val="0"/>
          <w:sz w:val="21"/>
          <w:szCs w:val="21"/>
        </w:rPr>
        <w:t xml:space="preserve">Applicants invited to submit a full application will also complete additional questions in SmartyGrants that address the Stage 2 assessment criteria. A budget template will be provided </w:t>
      </w:r>
      <w:r w:rsidR="14FCF767" w:rsidRPr="57E42AE3">
        <w:rPr>
          <w:rFonts w:ascii="Segoe UI" w:eastAsia="Segoe UI" w:hAnsi="Segoe UI" w:cs="Segoe UI"/>
          <w:bCs w:val="0"/>
          <w:iCs w:val="0"/>
          <w:sz w:val="21"/>
          <w:szCs w:val="21"/>
        </w:rPr>
        <w:t xml:space="preserve">to be </w:t>
      </w:r>
      <w:r w:rsidRPr="57E42AE3">
        <w:rPr>
          <w:rFonts w:ascii="Segoe UI" w:eastAsia="Segoe UI" w:hAnsi="Segoe UI" w:cs="Segoe UI"/>
          <w:bCs w:val="0"/>
          <w:iCs w:val="0"/>
          <w:sz w:val="21"/>
          <w:szCs w:val="21"/>
        </w:rPr>
        <w:t>submitted with the application.</w:t>
      </w:r>
    </w:p>
    <w:p w14:paraId="71AD8A57" w14:textId="1119A25D" w:rsidR="00ED5A80" w:rsidRDefault="721DFAE4" w:rsidP="57E42AE3">
      <w:pPr>
        <w:spacing w:before="0" w:after="0" w:line="300" w:lineRule="auto"/>
        <w:rPr>
          <w:rFonts w:ascii="Segoe UI" w:eastAsia="Segoe UI" w:hAnsi="Segoe UI" w:cs="Segoe UI"/>
          <w:bCs w:val="0"/>
          <w:iCs w:val="0"/>
          <w:sz w:val="21"/>
          <w:szCs w:val="21"/>
        </w:rPr>
      </w:pPr>
      <w:r w:rsidRPr="57E42AE3">
        <w:rPr>
          <w:rFonts w:ascii="Segoe UI" w:eastAsia="Segoe UI" w:hAnsi="Segoe UI" w:cs="Segoe UI"/>
          <w:bCs w:val="0"/>
          <w:iCs w:val="0"/>
          <w:sz w:val="21"/>
          <w:szCs w:val="21"/>
        </w:rPr>
        <w:t xml:space="preserve">There will be further detail provided in the letter of invitation. </w:t>
      </w:r>
    </w:p>
    <w:p w14:paraId="2F98887D" w14:textId="48C4A087" w:rsidR="00ED5A80" w:rsidRDefault="00ED5A80" w:rsidP="00ED5A80"/>
    <w:p w14:paraId="09B8E7C0" w14:textId="77777777" w:rsidR="00ED5A80" w:rsidRDefault="00ED5A80" w:rsidP="00ED5A80">
      <w:pPr>
        <w:pStyle w:val="Heading2"/>
      </w:pPr>
      <w:r>
        <w:t>9. Confirmed employment and training model</w:t>
      </w:r>
    </w:p>
    <w:tbl>
      <w:tblPr>
        <w:tblW w:w="0" w:type="auto"/>
        <w:jc w:val="center"/>
        <w:tblLayout w:type="fixed"/>
        <w:tblLook w:val="04A0" w:firstRow="1" w:lastRow="0" w:firstColumn="1" w:lastColumn="0" w:noHBand="0" w:noVBand="1"/>
      </w:tblPr>
      <w:tblGrid>
        <w:gridCol w:w="3240"/>
        <w:gridCol w:w="4248"/>
        <w:gridCol w:w="2736"/>
      </w:tblGrid>
      <w:tr w:rsidR="00ED5A80" w14:paraId="57EE5D0C" w14:textId="77777777" w:rsidTr="00AF6E39">
        <w:trPr>
          <w:tblHeader/>
          <w:jc w:val="center"/>
        </w:trPr>
        <w:tc>
          <w:tcPr>
            <w:tcW w:w="3240" w:type="dxa"/>
            <w:shd w:val="clear" w:color="auto" w:fill="17365D"/>
            <w:tcMar>
              <w:top w:w="65" w:type="dxa"/>
              <w:left w:w="75" w:type="dxa"/>
              <w:bottom w:w="65" w:type="dxa"/>
              <w:right w:w="75" w:type="dxa"/>
            </w:tcMar>
            <w:vAlign w:val="center"/>
          </w:tcPr>
          <w:p w14:paraId="159F570B" w14:textId="77777777" w:rsidR="00ED5A80" w:rsidRDefault="00ED5A80" w:rsidP="00AF6E39">
            <w:pPr>
              <w:spacing w:after="0"/>
            </w:pPr>
            <w:r>
              <w:rPr>
                <w:rFonts w:ascii="Arial" w:hAnsi="Arial"/>
                <w:b/>
                <w:color w:val="FFFFFF"/>
                <w:sz w:val="16"/>
              </w:rPr>
              <w:t>Item</w:t>
            </w:r>
          </w:p>
        </w:tc>
        <w:tc>
          <w:tcPr>
            <w:tcW w:w="4248" w:type="dxa"/>
            <w:shd w:val="clear" w:color="auto" w:fill="17365D"/>
            <w:tcMar>
              <w:top w:w="65" w:type="dxa"/>
              <w:left w:w="75" w:type="dxa"/>
              <w:bottom w:w="65" w:type="dxa"/>
              <w:right w:w="75" w:type="dxa"/>
            </w:tcMar>
            <w:vAlign w:val="center"/>
          </w:tcPr>
          <w:p w14:paraId="1CDAED82" w14:textId="77777777" w:rsidR="00ED5A80" w:rsidRDefault="00ED5A80" w:rsidP="00AF6E39">
            <w:pPr>
              <w:spacing w:after="0"/>
            </w:pPr>
            <w:r>
              <w:rPr>
                <w:rFonts w:ascii="Arial" w:hAnsi="Arial"/>
                <w:b/>
                <w:color w:val="FFFFFF"/>
                <w:sz w:val="16"/>
              </w:rPr>
              <w:t>Confirmed arrangement</w:t>
            </w:r>
          </w:p>
        </w:tc>
        <w:tc>
          <w:tcPr>
            <w:tcW w:w="2736" w:type="dxa"/>
            <w:shd w:val="clear" w:color="auto" w:fill="17365D"/>
            <w:tcMar>
              <w:top w:w="65" w:type="dxa"/>
              <w:left w:w="75" w:type="dxa"/>
              <w:bottom w:w="65" w:type="dxa"/>
              <w:right w:w="75" w:type="dxa"/>
            </w:tcMar>
            <w:vAlign w:val="center"/>
          </w:tcPr>
          <w:p w14:paraId="15D643A9" w14:textId="77777777" w:rsidR="00ED5A80" w:rsidRDefault="00ED5A80" w:rsidP="00AF6E39">
            <w:pPr>
              <w:spacing w:after="0"/>
            </w:pPr>
            <w:r>
              <w:rPr>
                <w:rFonts w:ascii="Arial" w:hAnsi="Arial"/>
                <w:b/>
                <w:color w:val="FFFFFF"/>
                <w:sz w:val="16"/>
              </w:rPr>
              <w:t>Evidence or partner contact</w:t>
            </w:r>
          </w:p>
        </w:tc>
      </w:tr>
      <w:tr w:rsidR="00ED5A80" w14:paraId="1C302972" w14:textId="77777777" w:rsidTr="00AF6E39">
        <w:trPr>
          <w:jc w:val="center"/>
        </w:trPr>
        <w:tc>
          <w:tcPr>
            <w:tcW w:w="3240" w:type="dxa"/>
            <w:tcMar>
              <w:top w:w="65" w:type="dxa"/>
              <w:left w:w="75" w:type="dxa"/>
              <w:bottom w:w="65" w:type="dxa"/>
              <w:right w:w="75" w:type="dxa"/>
            </w:tcMar>
            <w:vAlign w:val="center"/>
          </w:tcPr>
          <w:p w14:paraId="6E74671B" w14:textId="77777777" w:rsidR="00ED5A80" w:rsidRDefault="00ED5A80" w:rsidP="00AF6E39">
            <w:pPr>
              <w:spacing w:after="0"/>
            </w:pPr>
            <w:r>
              <w:rPr>
                <w:rFonts w:ascii="Arial" w:hAnsi="Arial"/>
                <w:sz w:val="16"/>
              </w:rPr>
              <w:t>Legal employer and employment model</w:t>
            </w:r>
          </w:p>
        </w:tc>
        <w:tc>
          <w:tcPr>
            <w:tcW w:w="4248" w:type="dxa"/>
            <w:tcMar>
              <w:top w:w="65" w:type="dxa"/>
              <w:left w:w="75" w:type="dxa"/>
              <w:bottom w:w="65" w:type="dxa"/>
              <w:right w:w="75" w:type="dxa"/>
            </w:tcMar>
            <w:vAlign w:val="center"/>
          </w:tcPr>
          <w:p w14:paraId="02A4572C" w14:textId="77777777" w:rsidR="00ED5A80" w:rsidRDefault="00ED5A80" w:rsidP="00AF6E39">
            <w:pPr>
              <w:spacing w:after="0"/>
            </w:pPr>
          </w:p>
        </w:tc>
        <w:tc>
          <w:tcPr>
            <w:tcW w:w="2736" w:type="dxa"/>
            <w:tcMar>
              <w:top w:w="65" w:type="dxa"/>
              <w:left w:w="75" w:type="dxa"/>
              <w:bottom w:w="65" w:type="dxa"/>
              <w:right w:w="75" w:type="dxa"/>
            </w:tcMar>
            <w:vAlign w:val="center"/>
          </w:tcPr>
          <w:p w14:paraId="75B0D6DF" w14:textId="77777777" w:rsidR="00ED5A80" w:rsidRDefault="00ED5A80" w:rsidP="00AF6E39">
            <w:pPr>
              <w:spacing w:after="0"/>
            </w:pPr>
          </w:p>
        </w:tc>
      </w:tr>
      <w:tr w:rsidR="00ED5A80" w14:paraId="7A4E1A28" w14:textId="77777777" w:rsidTr="00AF6E39">
        <w:trPr>
          <w:jc w:val="center"/>
        </w:trPr>
        <w:tc>
          <w:tcPr>
            <w:tcW w:w="3240" w:type="dxa"/>
            <w:shd w:val="clear" w:color="auto" w:fill="F2F4F5"/>
            <w:tcMar>
              <w:top w:w="65" w:type="dxa"/>
              <w:left w:w="75" w:type="dxa"/>
              <w:bottom w:w="65" w:type="dxa"/>
              <w:right w:w="75" w:type="dxa"/>
            </w:tcMar>
            <w:vAlign w:val="center"/>
          </w:tcPr>
          <w:p w14:paraId="7EB2AB57" w14:textId="77777777" w:rsidR="00ED5A80" w:rsidRDefault="00ED5A80" w:rsidP="00AF6E39">
            <w:pPr>
              <w:spacing w:after="0"/>
            </w:pPr>
            <w:r>
              <w:rPr>
                <w:rFonts w:ascii="Arial" w:hAnsi="Arial"/>
                <w:sz w:val="16"/>
              </w:rPr>
              <w:t>Position title, hours and duration</w:t>
            </w:r>
          </w:p>
        </w:tc>
        <w:tc>
          <w:tcPr>
            <w:tcW w:w="4248" w:type="dxa"/>
            <w:shd w:val="clear" w:color="auto" w:fill="F2F4F5"/>
            <w:tcMar>
              <w:top w:w="65" w:type="dxa"/>
              <w:left w:w="75" w:type="dxa"/>
              <w:bottom w:w="65" w:type="dxa"/>
              <w:right w:w="75" w:type="dxa"/>
            </w:tcMar>
            <w:vAlign w:val="center"/>
          </w:tcPr>
          <w:p w14:paraId="276419E6" w14:textId="77777777" w:rsidR="00ED5A80" w:rsidRDefault="00ED5A80" w:rsidP="00AF6E39">
            <w:pPr>
              <w:spacing w:after="0"/>
            </w:pPr>
          </w:p>
        </w:tc>
        <w:tc>
          <w:tcPr>
            <w:tcW w:w="2736" w:type="dxa"/>
            <w:shd w:val="clear" w:color="auto" w:fill="F2F4F5"/>
            <w:tcMar>
              <w:top w:w="65" w:type="dxa"/>
              <w:left w:w="75" w:type="dxa"/>
              <w:bottom w:w="65" w:type="dxa"/>
              <w:right w:w="75" w:type="dxa"/>
            </w:tcMar>
            <w:vAlign w:val="center"/>
          </w:tcPr>
          <w:p w14:paraId="4642589B" w14:textId="77777777" w:rsidR="00ED5A80" w:rsidRDefault="00ED5A80" w:rsidP="00AF6E39">
            <w:pPr>
              <w:spacing w:after="0"/>
            </w:pPr>
          </w:p>
        </w:tc>
      </w:tr>
      <w:tr w:rsidR="00ED5A80" w14:paraId="4E733F9D" w14:textId="77777777" w:rsidTr="00AF6E39">
        <w:trPr>
          <w:jc w:val="center"/>
        </w:trPr>
        <w:tc>
          <w:tcPr>
            <w:tcW w:w="3240" w:type="dxa"/>
            <w:tcMar>
              <w:top w:w="65" w:type="dxa"/>
              <w:left w:w="75" w:type="dxa"/>
              <w:bottom w:w="65" w:type="dxa"/>
              <w:right w:w="75" w:type="dxa"/>
            </w:tcMar>
            <w:vAlign w:val="center"/>
          </w:tcPr>
          <w:p w14:paraId="214E674B" w14:textId="77777777" w:rsidR="00ED5A80" w:rsidRDefault="00ED5A80" w:rsidP="00AF6E39">
            <w:pPr>
              <w:spacing w:after="0"/>
            </w:pPr>
            <w:r>
              <w:rPr>
                <w:rFonts w:ascii="Arial" w:hAnsi="Arial"/>
                <w:sz w:val="16"/>
              </w:rPr>
              <w:t>Industrial award or employment basis</w:t>
            </w:r>
          </w:p>
        </w:tc>
        <w:tc>
          <w:tcPr>
            <w:tcW w:w="4248" w:type="dxa"/>
            <w:tcMar>
              <w:top w:w="65" w:type="dxa"/>
              <w:left w:w="75" w:type="dxa"/>
              <w:bottom w:w="65" w:type="dxa"/>
              <w:right w:w="75" w:type="dxa"/>
            </w:tcMar>
            <w:vAlign w:val="center"/>
          </w:tcPr>
          <w:p w14:paraId="57DD7E56" w14:textId="77777777" w:rsidR="00ED5A80" w:rsidRDefault="00ED5A80" w:rsidP="00AF6E39">
            <w:pPr>
              <w:spacing w:after="0"/>
            </w:pPr>
          </w:p>
        </w:tc>
        <w:tc>
          <w:tcPr>
            <w:tcW w:w="2736" w:type="dxa"/>
            <w:tcMar>
              <w:top w:w="65" w:type="dxa"/>
              <w:left w:w="75" w:type="dxa"/>
              <w:bottom w:w="65" w:type="dxa"/>
              <w:right w:w="75" w:type="dxa"/>
            </w:tcMar>
            <w:vAlign w:val="center"/>
          </w:tcPr>
          <w:p w14:paraId="67449E21" w14:textId="77777777" w:rsidR="00ED5A80" w:rsidRDefault="00ED5A80" w:rsidP="00AF6E39">
            <w:pPr>
              <w:spacing w:after="0"/>
            </w:pPr>
          </w:p>
        </w:tc>
      </w:tr>
      <w:tr w:rsidR="00ED5A80" w14:paraId="4D8714AC" w14:textId="77777777" w:rsidTr="00AF6E39">
        <w:trPr>
          <w:jc w:val="center"/>
        </w:trPr>
        <w:tc>
          <w:tcPr>
            <w:tcW w:w="3240" w:type="dxa"/>
            <w:shd w:val="clear" w:color="auto" w:fill="F2F4F5"/>
            <w:tcMar>
              <w:top w:w="65" w:type="dxa"/>
              <w:left w:w="75" w:type="dxa"/>
              <w:bottom w:w="65" w:type="dxa"/>
              <w:right w:w="75" w:type="dxa"/>
            </w:tcMar>
            <w:vAlign w:val="center"/>
          </w:tcPr>
          <w:p w14:paraId="365C4BE4" w14:textId="77777777" w:rsidR="00ED5A80" w:rsidRDefault="00ED5A80" w:rsidP="00AF6E39">
            <w:pPr>
              <w:spacing w:after="0"/>
            </w:pPr>
            <w:r>
              <w:rPr>
                <w:rFonts w:ascii="Arial" w:hAnsi="Arial"/>
                <w:sz w:val="16"/>
              </w:rPr>
              <w:t>Qualification</w:t>
            </w:r>
          </w:p>
        </w:tc>
        <w:tc>
          <w:tcPr>
            <w:tcW w:w="4248" w:type="dxa"/>
            <w:shd w:val="clear" w:color="auto" w:fill="F2F4F5"/>
            <w:tcMar>
              <w:top w:w="65" w:type="dxa"/>
              <w:left w:w="75" w:type="dxa"/>
              <w:bottom w:w="65" w:type="dxa"/>
              <w:right w:w="75" w:type="dxa"/>
            </w:tcMar>
            <w:vAlign w:val="center"/>
          </w:tcPr>
          <w:p w14:paraId="0DD84C36" w14:textId="77777777" w:rsidR="00ED5A80" w:rsidRDefault="00ED5A80" w:rsidP="00AF6E39">
            <w:pPr>
              <w:spacing w:after="0"/>
            </w:pPr>
          </w:p>
        </w:tc>
        <w:tc>
          <w:tcPr>
            <w:tcW w:w="2736" w:type="dxa"/>
            <w:shd w:val="clear" w:color="auto" w:fill="F2F4F5"/>
            <w:tcMar>
              <w:top w:w="65" w:type="dxa"/>
              <w:left w:w="75" w:type="dxa"/>
              <w:bottom w:w="65" w:type="dxa"/>
              <w:right w:w="75" w:type="dxa"/>
            </w:tcMar>
            <w:vAlign w:val="center"/>
          </w:tcPr>
          <w:p w14:paraId="3DF07A0D" w14:textId="77777777" w:rsidR="00ED5A80" w:rsidRDefault="00ED5A80" w:rsidP="00AF6E39">
            <w:pPr>
              <w:spacing w:after="0"/>
            </w:pPr>
          </w:p>
        </w:tc>
      </w:tr>
      <w:tr w:rsidR="00ED5A80" w14:paraId="7801258D" w14:textId="77777777" w:rsidTr="00AF6E39">
        <w:trPr>
          <w:jc w:val="center"/>
        </w:trPr>
        <w:tc>
          <w:tcPr>
            <w:tcW w:w="3240" w:type="dxa"/>
            <w:tcMar>
              <w:top w:w="65" w:type="dxa"/>
              <w:left w:w="75" w:type="dxa"/>
              <w:bottom w:w="65" w:type="dxa"/>
              <w:right w:w="75" w:type="dxa"/>
            </w:tcMar>
            <w:vAlign w:val="center"/>
          </w:tcPr>
          <w:p w14:paraId="5230DD0E" w14:textId="77777777" w:rsidR="00ED5A80" w:rsidRDefault="00ED5A80" w:rsidP="00AF6E39">
            <w:pPr>
              <w:spacing w:after="0"/>
            </w:pPr>
            <w:r>
              <w:rPr>
                <w:rFonts w:ascii="Arial" w:hAnsi="Arial"/>
                <w:sz w:val="16"/>
              </w:rPr>
              <w:t>RTO and delivery model</w:t>
            </w:r>
          </w:p>
        </w:tc>
        <w:tc>
          <w:tcPr>
            <w:tcW w:w="4248" w:type="dxa"/>
            <w:tcMar>
              <w:top w:w="65" w:type="dxa"/>
              <w:left w:w="75" w:type="dxa"/>
              <w:bottom w:w="65" w:type="dxa"/>
              <w:right w:w="75" w:type="dxa"/>
            </w:tcMar>
            <w:vAlign w:val="center"/>
          </w:tcPr>
          <w:p w14:paraId="379D425F" w14:textId="77777777" w:rsidR="00ED5A80" w:rsidRDefault="00ED5A80" w:rsidP="00AF6E39">
            <w:pPr>
              <w:spacing w:after="0"/>
            </w:pPr>
          </w:p>
        </w:tc>
        <w:tc>
          <w:tcPr>
            <w:tcW w:w="2736" w:type="dxa"/>
            <w:tcMar>
              <w:top w:w="65" w:type="dxa"/>
              <w:left w:w="75" w:type="dxa"/>
              <w:bottom w:w="65" w:type="dxa"/>
              <w:right w:w="75" w:type="dxa"/>
            </w:tcMar>
            <w:vAlign w:val="center"/>
          </w:tcPr>
          <w:p w14:paraId="2707F9A6" w14:textId="77777777" w:rsidR="00ED5A80" w:rsidRDefault="00ED5A80" w:rsidP="00AF6E39">
            <w:pPr>
              <w:spacing w:after="0"/>
            </w:pPr>
          </w:p>
        </w:tc>
      </w:tr>
      <w:tr w:rsidR="00ED5A80" w14:paraId="0E84D375" w14:textId="77777777" w:rsidTr="00AF6E39">
        <w:trPr>
          <w:jc w:val="center"/>
        </w:trPr>
        <w:tc>
          <w:tcPr>
            <w:tcW w:w="3240" w:type="dxa"/>
            <w:shd w:val="clear" w:color="auto" w:fill="F2F4F5"/>
            <w:tcMar>
              <w:top w:w="65" w:type="dxa"/>
              <w:left w:w="75" w:type="dxa"/>
              <w:bottom w:w="65" w:type="dxa"/>
              <w:right w:w="75" w:type="dxa"/>
            </w:tcMar>
            <w:vAlign w:val="center"/>
          </w:tcPr>
          <w:p w14:paraId="5F0A80AA" w14:textId="77777777" w:rsidR="00ED5A80" w:rsidRDefault="00ED5A80" w:rsidP="00AF6E39">
            <w:pPr>
              <w:spacing w:after="0"/>
            </w:pPr>
            <w:r>
              <w:rPr>
                <w:rFonts w:ascii="Arial" w:hAnsi="Arial"/>
                <w:sz w:val="16"/>
              </w:rPr>
              <w:t>Apprentice Connect Australia Provider</w:t>
            </w:r>
          </w:p>
        </w:tc>
        <w:tc>
          <w:tcPr>
            <w:tcW w:w="4248" w:type="dxa"/>
            <w:shd w:val="clear" w:color="auto" w:fill="F2F4F5"/>
            <w:tcMar>
              <w:top w:w="65" w:type="dxa"/>
              <w:left w:w="75" w:type="dxa"/>
              <w:bottom w:w="65" w:type="dxa"/>
              <w:right w:w="75" w:type="dxa"/>
            </w:tcMar>
            <w:vAlign w:val="center"/>
          </w:tcPr>
          <w:p w14:paraId="30F6F012" w14:textId="77777777" w:rsidR="00ED5A80" w:rsidRDefault="00ED5A80" w:rsidP="00AF6E39">
            <w:pPr>
              <w:spacing w:after="0"/>
            </w:pPr>
          </w:p>
        </w:tc>
        <w:tc>
          <w:tcPr>
            <w:tcW w:w="2736" w:type="dxa"/>
            <w:shd w:val="clear" w:color="auto" w:fill="F2F4F5"/>
            <w:tcMar>
              <w:top w:w="65" w:type="dxa"/>
              <w:left w:w="75" w:type="dxa"/>
              <w:bottom w:w="65" w:type="dxa"/>
              <w:right w:w="75" w:type="dxa"/>
            </w:tcMar>
            <w:vAlign w:val="center"/>
          </w:tcPr>
          <w:p w14:paraId="0C64B51D" w14:textId="77777777" w:rsidR="00ED5A80" w:rsidRDefault="00ED5A80" w:rsidP="00AF6E39">
            <w:pPr>
              <w:spacing w:after="0"/>
            </w:pPr>
          </w:p>
        </w:tc>
      </w:tr>
      <w:tr w:rsidR="00ED5A80" w14:paraId="0D243CE2" w14:textId="77777777" w:rsidTr="00AF6E39">
        <w:trPr>
          <w:jc w:val="center"/>
        </w:trPr>
        <w:tc>
          <w:tcPr>
            <w:tcW w:w="3240" w:type="dxa"/>
            <w:tcMar>
              <w:top w:w="65" w:type="dxa"/>
              <w:left w:w="75" w:type="dxa"/>
              <w:bottom w:w="65" w:type="dxa"/>
              <w:right w:w="75" w:type="dxa"/>
            </w:tcMar>
            <w:vAlign w:val="center"/>
          </w:tcPr>
          <w:p w14:paraId="18B0F2A4" w14:textId="77777777" w:rsidR="00ED5A80" w:rsidRDefault="00ED5A80" w:rsidP="00AF6E39">
            <w:pPr>
              <w:spacing w:after="0"/>
            </w:pPr>
            <w:r>
              <w:rPr>
                <w:rFonts w:ascii="Arial" w:hAnsi="Arial"/>
                <w:sz w:val="16"/>
              </w:rPr>
              <w:t>GTO, if applicable</w:t>
            </w:r>
          </w:p>
        </w:tc>
        <w:tc>
          <w:tcPr>
            <w:tcW w:w="4248" w:type="dxa"/>
            <w:tcMar>
              <w:top w:w="65" w:type="dxa"/>
              <w:left w:w="75" w:type="dxa"/>
              <w:bottom w:w="65" w:type="dxa"/>
              <w:right w:w="75" w:type="dxa"/>
            </w:tcMar>
            <w:vAlign w:val="center"/>
          </w:tcPr>
          <w:p w14:paraId="57594DD3" w14:textId="77777777" w:rsidR="00ED5A80" w:rsidRDefault="00ED5A80" w:rsidP="00AF6E39">
            <w:pPr>
              <w:spacing w:after="0"/>
            </w:pPr>
          </w:p>
        </w:tc>
        <w:tc>
          <w:tcPr>
            <w:tcW w:w="2736" w:type="dxa"/>
            <w:tcMar>
              <w:top w:w="65" w:type="dxa"/>
              <w:left w:w="75" w:type="dxa"/>
              <w:bottom w:w="65" w:type="dxa"/>
              <w:right w:w="75" w:type="dxa"/>
            </w:tcMar>
            <w:vAlign w:val="center"/>
          </w:tcPr>
          <w:p w14:paraId="180B8619" w14:textId="77777777" w:rsidR="00ED5A80" w:rsidRDefault="00ED5A80" w:rsidP="00AF6E39">
            <w:pPr>
              <w:spacing w:after="0"/>
            </w:pPr>
          </w:p>
        </w:tc>
      </w:tr>
      <w:tr w:rsidR="00ED5A80" w14:paraId="6ECA6DEC" w14:textId="77777777" w:rsidTr="00AF6E39">
        <w:trPr>
          <w:jc w:val="center"/>
        </w:trPr>
        <w:tc>
          <w:tcPr>
            <w:tcW w:w="3240" w:type="dxa"/>
            <w:shd w:val="clear" w:color="auto" w:fill="F2F4F5"/>
            <w:tcMar>
              <w:top w:w="65" w:type="dxa"/>
              <w:left w:w="75" w:type="dxa"/>
              <w:bottom w:w="65" w:type="dxa"/>
              <w:right w:w="75" w:type="dxa"/>
            </w:tcMar>
            <w:vAlign w:val="center"/>
          </w:tcPr>
          <w:p w14:paraId="42406EBC" w14:textId="77777777" w:rsidR="00ED5A80" w:rsidRDefault="00ED5A80" w:rsidP="00AF6E39">
            <w:pPr>
              <w:spacing w:after="0"/>
            </w:pPr>
            <w:r>
              <w:rPr>
                <w:rFonts w:ascii="Arial" w:hAnsi="Arial"/>
                <w:sz w:val="16"/>
              </w:rPr>
              <w:t>Recruitment approach</w:t>
            </w:r>
          </w:p>
        </w:tc>
        <w:tc>
          <w:tcPr>
            <w:tcW w:w="4248" w:type="dxa"/>
            <w:shd w:val="clear" w:color="auto" w:fill="F2F4F5"/>
            <w:tcMar>
              <w:top w:w="65" w:type="dxa"/>
              <w:left w:w="75" w:type="dxa"/>
              <w:bottom w:w="65" w:type="dxa"/>
              <w:right w:w="75" w:type="dxa"/>
            </w:tcMar>
            <w:vAlign w:val="center"/>
          </w:tcPr>
          <w:p w14:paraId="3CE50AD3" w14:textId="77777777" w:rsidR="00ED5A80" w:rsidRDefault="00ED5A80" w:rsidP="00AF6E39">
            <w:pPr>
              <w:spacing w:after="0"/>
            </w:pPr>
          </w:p>
        </w:tc>
        <w:tc>
          <w:tcPr>
            <w:tcW w:w="2736" w:type="dxa"/>
            <w:shd w:val="clear" w:color="auto" w:fill="F2F4F5"/>
            <w:tcMar>
              <w:top w:w="65" w:type="dxa"/>
              <w:left w:w="75" w:type="dxa"/>
              <w:bottom w:w="65" w:type="dxa"/>
              <w:right w:w="75" w:type="dxa"/>
            </w:tcMar>
            <w:vAlign w:val="center"/>
          </w:tcPr>
          <w:p w14:paraId="39DD030A" w14:textId="77777777" w:rsidR="00ED5A80" w:rsidRDefault="00ED5A80" w:rsidP="00AF6E39">
            <w:pPr>
              <w:spacing w:after="0"/>
            </w:pPr>
          </w:p>
        </w:tc>
      </w:tr>
    </w:tbl>
    <w:p w14:paraId="66E7E806" w14:textId="77777777" w:rsidR="00ED5A80" w:rsidRDefault="00ED5A80" w:rsidP="00ED5A80">
      <w:pPr>
        <w:spacing w:after="40"/>
      </w:pPr>
      <w:r>
        <w:rPr>
          <w:b/>
          <w:color w:val="17365D"/>
        </w:rPr>
        <w:t>Explain how the employment, duties and training will work together in practice.</w:t>
      </w:r>
    </w:p>
    <w:tbl>
      <w:tblPr>
        <w:tblW w:w="0" w:type="auto"/>
        <w:tblLook w:val="04A0" w:firstRow="1" w:lastRow="0" w:firstColumn="1" w:lastColumn="0" w:noHBand="0" w:noVBand="1"/>
      </w:tblPr>
      <w:tblGrid>
        <w:gridCol w:w="9746"/>
      </w:tblGrid>
      <w:tr w:rsidR="00ED5A80" w14:paraId="17984F12" w14:textId="77777777" w:rsidTr="00AF6E39">
        <w:trPr>
          <w:tblHeader/>
        </w:trPr>
        <w:tc>
          <w:tcPr>
            <w:tcW w:w="10368" w:type="dxa"/>
            <w:shd w:val="clear" w:color="auto" w:fill="FAFAFA"/>
            <w:tcMar>
              <w:top w:w="90" w:type="dxa"/>
              <w:left w:w="100" w:type="dxa"/>
              <w:bottom w:w="90" w:type="dxa"/>
              <w:right w:w="100" w:type="dxa"/>
            </w:tcMar>
          </w:tcPr>
          <w:p w14:paraId="69BD2098" w14:textId="77777777" w:rsidR="00ED5A80" w:rsidRDefault="00ED5A80" w:rsidP="00AF6E39">
            <w:r>
              <w:br/>
            </w:r>
            <w:r>
              <w:br/>
            </w:r>
            <w:r>
              <w:br/>
            </w:r>
          </w:p>
        </w:tc>
      </w:tr>
    </w:tbl>
    <w:p w14:paraId="491E35F0" w14:textId="77777777" w:rsidR="00ED5A80" w:rsidRDefault="00ED5A80" w:rsidP="00ED5A80">
      <w:pPr>
        <w:spacing w:after="0"/>
      </w:pPr>
    </w:p>
    <w:p w14:paraId="27080E35" w14:textId="77777777" w:rsidR="00ED5A80" w:rsidRDefault="00ED5A80" w:rsidP="00ED5A80">
      <w:pPr>
        <w:pStyle w:val="Heading2"/>
      </w:pPr>
      <w:r>
        <w:lastRenderedPageBreak/>
        <w:t>10. Detailed support model</w:t>
      </w:r>
    </w:p>
    <w:tbl>
      <w:tblPr>
        <w:tblW w:w="0" w:type="auto"/>
        <w:jc w:val="center"/>
        <w:tblLayout w:type="fixed"/>
        <w:tblLook w:val="04A0" w:firstRow="1" w:lastRow="0" w:firstColumn="1" w:lastColumn="0" w:noHBand="0" w:noVBand="1"/>
      </w:tblPr>
      <w:tblGrid>
        <w:gridCol w:w="2088"/>
        <w:gridCol w:w="3024"/>
        <w:gridCol w:w="2520"/>
        <w:gridCol w:w="2592"/>
      </w:tblGrid>
      <w:tr w:rsidR="00ED5A80" w14:paraId="65014930" w14:textId="77777777" w:rsidTr="00AF6E39">
        <w:trPr>
          <w:tblHeader/>
          <w:jc w:val="center"/>
        </w:trPr>
        <w:tc>
          <w:tcPr>
            <w:tcW w:w="2088" w:type="dxa"/>
            <w:shd w:val="clear" w:color="auto" w:fill="17365D"/>
            <w:tcMar>
              <w:top w:w="65" w:type="dxa"/>
              <w:left w:w="75" w:type="dxa"/>
              <w:bottom w:w="65" w:type="dxa"/>
              <w:right w:w="75" w:type="dxa"/>
            </w:tcMar>
            <w:vAlign w:val="center"/>
          </w:tcPr>
          <w:p w14:paraId="7B15CECF" w14:textId="77777777" w:rsidR="00ED5A80" w:rsidRDefault="00ED5A80" w:rsidP="00AF6E39">
            <w:pPr>
              <w:spacing w:after="0"/>
            </w:pPr>
            <w:r>
              <w:rPr>
                <w:rFonts w:ascii="Arial" w:hAnsi="Arial"/>
                <w:b/>
                <w:color w:val="FFFFFF"/>
                <w:sz w:val="15"/>
              </w:rPr>
              <w:t>Support</w:t>
            </w:r>
          </w:p>
        </w:tc>
        <w:tc>
          <w:tcPr>
            <w:tcW w:w="3024" w:type="dxa"/>
            <w:shd w:val="clear" w:color="auto" w:fill="17365D"/>
            <w:tcMar>
              <w:top w:w="65" w:type="dxa"/>
              <w:left w:w="75" w:type="dxa"/>
              <w:bottom w:w="65" w:type="dxa"/>
              <w:right w:w="75" w:type="dxa"/>
            </w:tcMar>
            <w:vAlign w:val="center"/>
          </w:tcPr>
          <w:p w14:paraId="0EABC6F3" w14:textId="77777777" w:rsidR="00ED5A80" w:rsidRDefault="00ED5A80" w:rsidP="00AF6E39">
            <w:pPr>
              <w:spacing w:after="0"/>
            </w:pPr>
            <w:r>
              <w:rPr>
                <w:rFonts w:ascii="Arial" w:hAnsi="Arial"/>
                <w:b/>
                <w:color w:val="FFFFFF"/>
                <w:sz w:val="15"/>
              </w:rPr>
              <w:t>Responsible person/provider</w:t>
            </w:r>
          </w:p>
        </w:tc>
        <w:tc>
          <w:tcPr>
            <w:tcW w:w="2520" w:type="dxa"/>
            <w:shd w:val="clear" w:color="auto" w:fill="17365D"/>
            <w:tcMar>
              <w:top w:w="65" w:type="dxa"/>
              <w:left w:w="75" w:type="dxa"/>
              <w:bottom w:w="65" w:type="dxa"/>
              <w:right w:w="75" w:type="dxa"/>
            </w:tcMar>
            <w:vAlign w:val="center"/>
          </w:tcPr>
          <w:p w14:paraId="6EFC138B" w14:textId="77777777" w:rsidR="00ED5A80" w:rsidRDefault="00ED5A80" w:rsidP="00AF6E39">
            <w:pPr>
              <w:spacing w:after="0"/>
            </w:pPr>
            <w:r>
              <w:rPr>
                <w:rFonts w:ascii="Arial" w:hAnsi="Arial"/>
                <w:b/>
                <w:color w:val="FFFFFF"/>
                <w:sz w:val="15"/>
              </w:rPr>
              <w:t>Frequency or time commitment</w:t>
            </w:r>
          </w:p>
        </w:tc>
        <w:tc>
          <w:tcPr>
            <w:tcW w:w="2592" w:type="dxa"/>
            <w:shd w:val="clear" w:color="auto" w:fill="17365D"/>
            <w:tcMar>
              <w:top w:w="65" w:type="dxa"/>
              <w:left w:w="75" w:type="dxa"/>
              <w:bottom w:w="65" w:type="dxa"/>
              <w:right w:w="75" w:type="dxa"/>
            </w:tcMar>
            <w:vAlign w:val="center"/>
          </w:tcPr>
          <w:p w14:paraId="5786AF56" w14:textId="77777777" w:rsidR="00ED5A80" w:rsidRDefault="00ED5A80" w:rsidP="00AF6E39">
            <w:pPr>
              <w:spacing w:after="0"/>
            </w:pPr>
            <w:r>
              <w:rPr>
                <w:rFonts w:ascii="Arial" w:hAnsi="Arial"/>
                <w:b/>
                <w:color w:val="FFFFFF"/>
                <w:sz w:val="15"/>
              </w:rPr>
              <w:t>How issues will be escalated</w:t>
            </w:r>
          </w:p>
        </w:tc>
      </w:tr>
      <w:tr w:rsidR="00ED5A80" w14:paraId="032EE2F3" w14:textId="77777777" w:rsidTr="00AF6E39">
        <w:trPr>
          <w:jc w:val="center"/>
        </w:trPr>
        <w:tc>
          <w:tcPr>
            <w:tcW w:w="2088" w:type="dxa"/>
            <w:tcMar>
              <w:top w:w="65" w:type="dxa"/>
              <w:left w:w="75" w:type="dxa"/>
              <w:bottom w:w="65" w:type="dxa"/>
              <w:right w:w="75" w:type="dxa"/>
            </w:tcMar>
            <w:vAlign w:val="center"/>
          </w:tcPr>
          <w:p w14:paraId="7D619332" w14:textId="77777777" w:rsidR="00ED5A80" w:rsidRDefault="00ED5A80" w:rsidP="00AF6E39">
            <w:pPr>
              <w:spacing w:after="0"/>
            </w:pPr>
            <w:r>
              <w:rPr>
                <w:rFonts w:ascii="Arial" w:hAnsi="Arial"/>
                <w:sz w:val="15"/>
              </w:rPr>
              <w:t>Workplace supervision</w:t>
            </w:r>
          </w:p>
        </w:tc>
        <w:tc>
          <w:tcPr>
            <w:tcW w:w="3024" w:type="dxa"/>
            <w:tcMar>
              <w:top w:w="65" w:type="dxa"/>
              <w:left w:w="75" w:type="dxa"/>
              <w:bottom w:w="65" w:type="dxa"/>
              <w:right w:w="75" w:type="dxa"/>
            </w:tcMar>
            <w:vAlign w:val="center"/>
          </w:tcPr>
          <w:p w14:paraId="2358E06C" w14:textId="77777777" w:rsidR="00ED5A80" w:rsidRDefault="00ED5A80" w:rsidP="00AF6E39">
            <w:pPr>
              <w:spacing w:after="0"/>
            </w:pPr>
          </w:p>
        </w:tc>
        <w:tc>
          <w:tcPr>
            <w:tcW w:w="2520" w:type="dxa"/>
            <w:tcMar>
              <w:top w:w="65" w:type="dxa"/>
              <w:left w:w="75" w:type="dxa"/>
              <w:bottom w:w="65" w:type="dxa"/>
              <w:right w:w="75" w:type="dxa"/>
            </w:tcMar>
            <w:vAlign w:val="center"/>
          </w:tcPr>
          <w:p w14:paraId="23A6616F" w14:textId="77777777" w:rsidR="00ED5A80" w:rsidRDefault="00ED5A80" w:rsidP="00AF6E39">
            <w:pPr>
              <w:spacing w:after="0"/>
            </w:pPr>
          </w:p>
        </w:tc>
        <w:tc>
          <w:tcPr>
            <w:tcW w:w="2592" w:type="dxa"/>
            <w:tcMar>
              <w:top w:w="65" w:type="dxa"/>
              <w:left w:w="75" w:type="dxa"/>
              <w:bottom w:w="65" w:type="dxa"/>
              <w:right w:w="75" w:type="dxa"/>
            </w:tcMar>
            <w:vAlign w:val="center"/>
          </w:tcPr>
          <w:p w14:paraId="40F49CC4" w14:textId="77777777" w:rsidR="00ED5A80" w:rsidRDefault="00ED5A80" w:rsidP="00AF6E39">
            <w:pPr>
              <w:spacing w:after="0"/>
            </w:pPr>
          </w:p>
        </w:tc>
      </w:tr>
      <w:tr w:rsidR="00ED5A80" w14:paraId="0BB89F31" w14:textId="77777777" w:rsidTr="00AF6E39">
        <w:trPr>
          <w:jc w:val="center"/>
        </w:trPr>
        <w:tc>
          <w:tcPr>
            <w:tcW w:w="2088" w:type="dxa"/>
            <w:shd w:val="clear" w:color="auto" w:fill="F2F4F5"/>
            <w:tcMar>
              <w:top w:w="65" w:type="dxa"/>
              <w:left w:w="75" w:type="dxa"/>
              <w:bottom w:w="65" w:type="dxa"/>
              <w:right w:w="75" w:type="dxa"/>
            </w:tcMar>
            <w:vAlign w:val="center"/>
          </w:tcPr>
          <w:p w14:paraId="38C52C4A" w14:textId="77777777" w:rsidR="00ED5A80" w:rsidRDefault="00ED5A80" w:rsidP="00AF6E39">
            <w:pPr>
              <w:spacing w:after="0"/>
            </w:pPr>
            <w:r>
              <w:rPr>
                <w:rFonts w:ascii="Arial" w:hAnsi="Arial"/>
                <w:sz w:val="15"/>
              </w:rPr>
              <w:t>Cultural support</w:t>
            </w:r>
          </w:p>
        </w:tc>
        <w:tc>
          <w:tcPr>
            <w:tcW w:w="3024" w:type="dxa"/>
            <w:shd w:val="clear" w:color="auto" w:fill="F2F4F5"/>
            <w:tcMar>
              <w:top w:w="65" w:type="dxa"/>
              <w:left w:w="75" w:type="dxa"/>
              <w:bottom w:w="65" w:type="dxa"/>
              <w:right w:w="75" w:type="dxa"/>
            </w:tcMar>
            <w:vAlign w:val="center"/>
          </w:tcPr>
          <w:p w14:paraId="7F40EC92" w14:textId="77777777" w:rsidR="00ED5A80" w:rsidRDefault="00ED5A80" w:rsidP="00AF6E39">
            <w:pPr>
              <w:spacing w:after="0"/>
            </w:pPr>
          </w:p>
        </w:tc>
        <w:tc>
          <w:tcPr>
            <w:tcW w:w="2520" w:type="dxa"/>
            <w:shd w:val="clear" w:color="auto" w:fill="F2F4F5"/>
            <w:tcMar>
              <w:top w:w="65" w:type="dxa"/>
              <w:left w:w="75" w:type="dxa"/>
              <w:bottom w:w="65" w:type="dxa"/>
              <w:right w:w="75" w:type="dxa"/>
            </w:tcMar>
            <w:vAlign w:val="center"/>
          </w:tcPr>
          <w:p w14:paraId="78C09E23" w14:textId="77777777" w:rsidR="00ED5A80" w:rsidRDefault="00ED5A80" w:rsidP="00AF6E39">
            <w:pPr>
              <w:spacing w:after="0"/>
            </w:pPr>
          </w:p>
        </w:tc>
        <w:tc>
          <w:tcPr>
            <w:tcW w:w="2592" w:type="dxa"/>
            <w:shd w:val="clear" w:color="auto" w:fill="F2F4F5"/>
            <w:tcMar>
              <w:top w:w="65" w:type="dxa"/>
              <w:left w:w="75" w:type="dxa"/>
              <w:bottom w:w="65" w:type="dxa"/>
              <w:right w:w="75" w:type="dxa"/>
            </w:tcMar>
            <w:vAlign w:val="center"/>
          </w:tcPr>
          <w:p w14:paraId="107FA3B9" w14:textId="77777777" w:rsidR="00ED5A80" w:rsidRDefault="00ED5A80" w:rsidP="00AF6E39">
            <w:pPr>
              <w:spacing w:after="0"/>
            </w:pPr>
          </w:p>
        </w:tc>
      </w:tr>
      <w:tr w:rsidR="00ED5A80" w14:paraId="077A53A2" w14:textId="77777777" w:rsidTr="00AF6E39">
        <w:trPr>
          <w:jc w:val="center"/>
        </w:trPr>
        <w:tc>
          <w:tcPr>
            <w:tcW w:w="2088" w:type="dxa"/>
            <w:tcMar>
              <w:top w:w="65" w:type="dxa"/>
              <w:left w:w="75" w:type="dxa"/>
              <w:bottom w:w="65" w:type="dxa"/>
              <w:right w:w="75" w:type="dxa"/>
            </w:tcMar>
            <w:vAlign w:val="center"/>
          </w:tcPr>
          <w:p w14:paraId="44BFCA01" w14:textId="77777777" w:rsidR="00ED5A80" w:rsidRDefault="00ED5A80" w:rsidP="00AF6E39">
            <w:pPr>
              <w:spacing w:after="0"/>
            </w:pPr>
            <w:r>
              <w:rPr>
                <w:rFonts w:ascii="Arial" w:hAnsi="Arial"/>
                <w:sz w:val="15"/>
              </w:rPr>
              <w:t>Mentoring</w:t>
            </w:r>
          </w:p>
        </w:tc>
        <w:tc>
          <w:tcPr>
            <w:tcW w:w="3024" w:type="dxa"/>
            <w:tcMar>
              <w:top w:w="65" w:type="dxa"/>
              <w:left w:w="75" w:type="dxa"/>
              <w:bottom w:w="65" w:type="dxa"/>
              <w:right w:w="75" w:type="dxa"/>
            </w:tcMar>
            <w:vAlign w:val="center"/>
          </w:tcPr>
          <w:p w14:paraId="0CB572D7" w14:textId="77777777" w:rsidR="00ED5A80" w:rsidRDefault="00ED5A80" w:rsidP="00AF6E39">
            <w:pPr>
              <w:spacing w:after="0"/>
            </w:pPr>
          </w:p>
        </w:tc>
        <w:tc>
          <w:tcPr>
            <w:tcW w:w="2520" w:type="dxa"/>
            <w:tcMar>
              <w:top w:w="65" w:type="dxa"/>
              <w:left w:w="75" w:type="dxa"/>
              <w:bottom w:w="65" w:type="dxa"/>
              <w:right w:w="75" w:type="dxa"/>
            </w:tcMar>
            <w:vAlign w:val="center"/>
          </w:tcPr>
          <w:p w14:paraId="280359DB" w14:textId="77777777" w:rsidR="00ED5A80" w:rsidRDefault="00ED5A80" w:rsidP="00AF6E39">
            <w:pPr>
              <w:spacing w:after="0"/>
            </w:pPr>
          </w:p>
        </w:tc>
        <w:tc>
          <w:tcPr>
            <w:tcW w:w="2592" w:type="dxa"/>
            <w:tcMar>
              <w:top w:w="65" w:type="dxa"/>
              <w:left w:w="75" w:type="dxa"/>
              <w:bottom w:w="65" w:type="dxa"/>
              <w:right w:w="75" w:type="dxa"/>
            </w:tcMar>
            <w:vAlign w:val="center"/>
          </w:tcPr>
          <w:p w14:paraId="239ADF6E" w14:textId="77777777" w:rsidR="00ED5A80" w:rsidRDefault="00ED5A80" w:rsidP="00AF6E39">
            <w:pPr>
              <w:spacing w:after="0"/>
            </w:pPr>
          </w:p>
        </w:tc>
      </w:tr>
      <w:tr w:rsidR="00ED5A80" w14:paraId="079CAE66" w14:textId="77777777" w:rsidTr="00AF6E39">
        <w:trPr>
          <w:jc w:val="center"/>
        </w:trPr>
        <w:tc>
          <w:tcPr>
            <w:tcW w:w="2088" w:type="dxa"/>
            <w:shd w:val="clear" w:color="auto" w:fill="F2F4F5"/>
            <w:tcMar>
              <w:top w:w="65" w:type="dxa"/>
              <w:left w:w="75" w:type="dxa"/>
              <w:bottom w:w="65" w:type="dxa"/>
              <w:right w:w="75" w:type="dxa"/>
            </w:tcMar>
            <w:vAlign w:val="center"/>
          </w:tcPr>
          <w:p w14:paraId="7AE72B11" w14:textId="77777777" w:rsidR="00ED5A80" w:rsidRDefault="00ED5A80" w:rsidP="00AF6E39">
            <w:pPr>
              <w:spacing w:after="0"/>
            </w:pPr>
            <w:r>
              <w:rPr>
                <w:rFonts w:ascii="Arial" w:hAnsi="Arial"/>
                <w:sz w:val="15"/>
              </w:rPr>
              <w:t>Training and learning support</w:t>
            </w:r>
          </w:p>
        </w:tc>
        <w:tc>
          <w:tcPr>
            <w:tcW w:w="3024" w:type="dxa"/>
            <w:shd w:val="clear" w:color="auto" w:fill="F2F4F5"/>
            <w:tcMar>
              <w:top w:w="65" w:type="dxa"/>
              <w:left w:w="75" w:type="dxa"/>
              <w:bottom w:w="65" w:type="dxa"/>
              <w:right w:w="75" w:type="dxa"/>
            </w:tcMar>
            <w:vAlign w:val="center"/>
          </w:tcPr>
          <w:p w14:paraId="116C1461" w14:textId="77777777" w:rsidR="00ED5A80" w:rsidRDefault="00ED5A80" w:rsidP="00AF6E39">
            <w:pPr>
              <w:spacing w:after="0"/>
            </w:pPr>
          </w:p>
        </w:tc>
        <w:tc>
          <w:tcPr>
            <w:tcW w:w="2520" w:type="dxa"/>
            <w:shd w:val="clear" w:color="auto" w:fill="F2F4F5"/>
            <w:tcMar>
              <w:top w:w="65" w:type="dxa"/>
              <w:left w:w="75" w:type="dxa"/>
              <w:bottom w:w="65" w:type="dxa"/>
              <w:right w:w="75" w:type="dxa"/>
            </w:tcMar>
            <w:vAlign w:val="center"/>
          </w:tcPr>
          <w:p w14:paraId="7A56819C" w14:textId="77777777" w:rsidR="00ED5A80" w:rsidRDefault="00ED5A80" w:rsidP="00AF6E39">
            <w:pPr>
              <w:spacing w:after="0"/>
            </w:pPr>
          </w:p>
        </w:tc>
        <w:tc>
          <w:tcPr>
            <w:tcW w:w="2592" w:type="dxa"/>
            <w:shd w:val="clear" w:color="auto" w:fill="F2F4F5"/>
            <w:tcMar>
              <w:top w:w="65" w:type="dxa"/>
              <w:left w:w="75" w:type="dxa"/>
              <w:bottom w:w="65" w:type="dxa"/>
              <w:right w:w="75" w:type="dxa"/>
            </w:tcMar>
            <w:vAlign w:val="center"/>
          </w:tcPr>
          <w:p w14:paraId="63B73C99" w14:textId="77777777" w:rsidR="00ED5A80" w:rsidRDefault="00ED5A80" w:rsidP="00AF6E39">
            <w:pPr>
              <w:spacing w:after="0"/>
            </w:pPr>
          </w:p>
        </w:tc>
      </w:tr>
      <w:tr w:rsidR="00ED5A80" w14:paraId="54C9D64F" w14:textId="77777777" w:rsidTr="00AF6E39">
        <w:trPr>
          <w:jc w:val="center"/>
        </w:trPr>
        <w:tc>
          <w:tcPr>
            <w:tcW w:w="2088" w:type="dxa"/>
            <w:tcMar>
              <w:top w:w="65" w:type="dxa"/>
              <w:left w:w="75" w:type="dxa"/>
              <w:bottom w:w="65" w:type="dxa"/>
              <w:right w:w="75" w:type="dxa"/>
            </w:tcMar>
            <w:vAlign w:val="center"/>
          </w:tcPr>
          <w:p w14:paraId="20DB395A" w14:textId="77777777" w:rsidR="00ED5A80" w:rsidRDefault="00ED5A80" w:rsidP="00AF6E39">
            <w:pPr>
              <w:spacing w:after="0"/>
            </w:pPr>
            <w:r>
              <w:rPr>
                <w:rFonts w:ascii="Arial" w:hAnsi="Arial"/>
                <w:sz w:val="15"/>
              </w:rPr>
              <w:t>Wellbeing support</w:t>
            </w:r>
          </w:p>
        </w:tc>
        <w:tc>
          <w:tcPr>
            <w:tcW w:w="3024" w:type="dxa"/>
            <w:tcMar>
              <w:top w:w="65" w:type="dxa"/>
              <w:left w:w="75" w:type="dxa"/>
              <w:bottom w:w="65" w:type="dxa"/>
              <w:right w:w="75" w:type="dxa"/>
            </w:tcMar>
            <w:vAlign w:val="center"/>
          </w:tcPr>
          <w:p w14:paraId="1533F150" w14:textId="77777777" w:rsidR="00ED5A80" w:rsidRDefault="00ED5A80" w:rsidP="00AF6E39">
            <w:pPr>
              <w:spacing w:after="0"/>
            </w:pPr>
          </w:p>
        </w:tc>
        <w:tc>
          <w:tcPr>
            <w:tcW w:w="2520" w:type="dxa"/>
            <w:tcMar>
              <w:top w:w="65" w:type="dxa"/>
              <w:left w:w="75" w:type="dxa"/>
              <w:bottom w:w="65" w:type="dxa"/>
              <w:right w:w="75" w:type="dxa"/>
            </w:tcMar>
            <w:vAlign w:val="center"/>
          </w:tcPr>
          <w:p w14:paraId="04BD45B6" w14:textId="77777777" w:rsidR="00ED5A80" w:rsidRDefault="00ED5A80" w:rsidP="00AF6E39">
            <w:pPr>
              <w:spacing w:after="0"/>
            </w:pPr>
          </w:p>
        </w:tc>
        <w:tc>
          <w:tcPr>
            <w:tcW w:w="2592" w:type="dxa"/>
            <w:tcMar>
              <w:top w:w="65" w:type="dxa"/>
              <w:left w:w="75" w:type="dxa"/>
              <w:bottom w:w="65" w:type="dxa"/>
              <w:right w:w="75" w:type="dxa"/>
            </w:tcMar>
            <w:vAlign w:val="center"/>
          </w:tcPr>
          <w:p w14:paraId="6C27FAB5" w14:textId="77777777" w:rsidR="00ED5A80" w:rsidRDefault="00ED5A80" w:rsidP="00AF6E39">
            <w:pPr>
              <w:spacing w:after="0"/>
            </w:pPr>
          </w:p>
        </w:tc>
      </w:tr>
      <w:tr w:rsidR="00ED5A80" w14:paraId="05621F16" w14:textId="77777777" w:rsidTr="00AF6E39">
        <w:trPr>
          <w:jc w:val="center"/>
        </w:trPr>
        <w:tc>
          <w:tcPr>
            <w:tcW w:w="2088" w:type="dxa"/>
            <w:shd w:val="clear" w:color="auto" w:fill="F2F4F5"/>
            <w:tcMar>
              <w:top w:w="65" w:type="dxa"/>
              <w:left w:w="75" w:type="dxa"/>
              <w:bottom w:w="65" w:type="dxa"/>
              <w:right w:w="75" w:type="dxa"/>
            </w:tcMar>
            <w:vAlign w:val="center"/>
          </w:tcPr>
          <w:p w14:paraId="5E2F658C" w14:textId="77777777" w:rsidR="00ED5A80" w:rsidRDefault="00ED5A80" w:rsidP="00AF6E39">
            <w:pPr>
              <w:spacing w:after="0"/>
            </w:pPr>
            <w:r>
              <w:rPr>
                <w:rFonts w:ascii="Arial" w:hAnsi="Arial"/>
                <w:sz w:val="15"/>
              </w:rPr>
              <w:t>Practical participation support</w:t>
            </w:r>
          </w:p>
        </w:tc>
        <w:tc>
          <w:tcPr>
            <w:tcW w:w="3024" w:type="dxa"/>
            <w:shd w:val="clear" w:color="auto" w:fill="F2F4F5"/>
            <w:tcMar>
              <w:top w:w="65" w:type="dxa"/>
              <w:left w:w="75" w:type="dxa"/>
              <w:bottom w:w="65" w:type="dxa"/>
              <w:right w:w="75" w:type="dxa"/>
            </w:tcMar>
            <w:vAlign w:val="center"/>
          </w:tcPr>
          <w:p w14:paraId="5B578553" w14:textId="77777777" w:rsidR="00ED5A80" w:rsidRDefault="00ED5A80" w:rsidP="00AF6E39">
            <w:pPr>
              <w:spacing w:after="0"/>
            </w:pPr>
          </w:p>
        </w:tc>
        <w:tc>
          <w:tcPr>
            <w:tcW w:w="2520" w:type="dxa"/>
            <w:shd w:val="clear" w:color="auto" w:fill="F2F4F5"/>
            <w:tcMar>
              <w:top w:w="65" w:type="dxa"/>
              <w:left w:w="75" w:type="dxa"/>
              <w:bottom w:w="65" w:type="dxa"/>
              <w:right w:w="75" w:type="dxa"/>
            </w:tcMar>
            <w:vAlign w:val="center"/>
          </w:tcPr>
          <w:p w14:paraId="47A29658" w14:textId="77777777" w:rsidR="00ED5A80" w:rsidRDefault="00ED5A80" w:rsidP="00AF6E39">
            <w:pPr>
              <w:spacing w:after="0"/>
            </w:pPr>
          </w:p>
        </w:tc>
        <w:tc>
          <w:tcPr>
            <w:tcW w:w="2592" w:type="dxa"/>
            <w:shd w:val="clear" w:color="auto" w:fill="F2F4F5"/>
            <w:tcMar>
              <w:top w:w="65" w:type="dxa"/>
              <w:left w:w="75" w:type="dxa"/>
              <w:bottom w:w="65" w:type="dxa"/>
              <w:right w:w="75" w:type="dxa"/>
            </w:tcMar>
            <w:vAlign w:val="center"/>
          </w:tcPr>
          <w:p w14:paraId="436E9BF7" w14:textId="77777777" w:rsidR="00ED5A80" w:rsidRDefault="00ED5A80" w:rsidP="00AF6E39">
            <w:pPr>
              <w:spacing w:after="0"/>
            </w:pPr>
          </w:p>
        </w:tc>
      </w:tr>
    </w:tbl>
    <w:p w14:paraId="204F45FE" w14:textId="77777777" w:rsidR="00ED5A80" w:rsidRDefault="00ED5A80" w:rsidP="00ED5A80">
      <w:r>
        <w:br w:type="page"/>
      </w:r>
    </w:p>
    <w:p w14:paraId="1C3CE131" w14:textId="77777777" w:rsidR="00ED5A80" w:rsidRDefault="00ED5A80" w:rsidP="00ED5A80">
      <w:pPr>
        <w:pStyle w:val="Heading2"/>
      </w:pPr>
      <w:r>
        <w:lastRenderedPageBreak/>
        <w:t>11. Project plan</w:t>
      </w:r>
    </w:p>
    <w:tbl>
      <w:tblPr>
        <w:tblW w:w="0" w:type="auto"/>
        <w:jc w:val="center"/>
        <w:tblLayout w:type="fixed"/>
        <w:tblLook w:val="04A0" w:firstRow="1" w:lastRow="0" w:firstColumn="1" w:lastColumn="0" w:noHBand="0" w:noVBand="1"/>
      </w:tblPr>
      <w:tblGrid>
        <w:gridCol w:w="3744"/>
        <w:gridCol w:w="1872"/>
        <w:gridCol w:w="2304"/>
        <w:gridCol w:w="2304"/>
      </w:tblGrid>
      <w:tr w:rsidR="00ED5A80" w14:paraId="7AB94D38" w14:textId="77777777" w:rsidTr="00AF6E39">
        <w:trPr>
          <w:tblHeader/>
          <w:jc w:val="center"/>
        </w:trPr>
        <w:tc>
          <w:tcPr>
            <w:tcW w:w="3744" w:type="dxa"/>
            <w:shd w:val="clear" w:color="auto" w:fill="17365D"/>
            <w:tcMar>
              <w:top w:w="65" w:type="dxa"/>
              <w:left w:w="75" w:type="dxa"/>
              <w:bottom w:w="65" w:type="dxa"/>
              <w:right w:w="75" w:type="dxa"/>
            </w:tcMar>
            <w:vAlign w:val="center"/>
          </w:tcPr>
          <w:p w14:paraId="6697C5F4" w14:textId="77777777" w:rsidR="00ED5A80" w:rsidRDefault="00ED5A80" w:rsidP="00AF6E39">
            <w:pPr>
              <w:spacing w:after="0"/>
            </w:pPr>
            <w:r>
              <w:rPr>
                <w:rFonts w:ascii="Arial" w:hAnsi="Arial"/>
                <w:b/>
                <w:color w:val="FFFFFF"/>
                <w:sz w:val="15"/>
              </w:rPr>
              <w:t>Milestone or activity</w:t>
            </w:r>
          </w:p>
        </w:tc>
        <w:tc>
          <w:tcPr>
            <w:tcW w:w="1872" w:type="dxa"/>
            <w:shd w:val="clear" w:color="auto" w:fill="17365D"/>
            <w:tcMar>
              <w:top w:w="65" w:type="dxa"/>
              <w:left w:w="75" w:type="dxa"/>
              <w:bottom w:w="65" w:type="dxa"/>
              <w:right w:w="75" w:type="dxa"/>
            </w:tcMar>
            <w:vAlign w:val="center"/>
          </w:tcPr>
          <w:p w14:paraId="67920179" w14:textId="77777777" w:rsidR="00ED5A80" w:rsidRDefault="00ED5A80" w:rsidP="00AF6E39">
            <w:pPr>
              <w:spacing w:after="0"/>
            </w:pPr>
            <w:r>
              <w:rPr>
                <w:rFonts w:ascii="Arial" w:hAnsi="Arial"/>
                <w:b/>
                <w:color w:val="FFFFFF"/>
                <w:sz w:val="15"/>
              </w:rPr>
              <w:t>Timing</w:t>
            </w:r>
          </w:p>
        </w:tc>
        <w:tc>
          <w:tcPr>
            <w:tcW w:w="2304" w:type="dxa"/>
            <w:shd w:val="clear" w:color="auto" w:fill="17365D"/>
            <w:tcMar>
              <w:top w:w="65" w:type="dxa"/>
              <w:left w:w="75" w:type="dxa"/>
              <w:bottom w:w="65" w:type="dxa"/>
              <w:right w:w="75" w:type="dxa"/>
            </w:tcMar>
            <w:vAlign w:val="center"/>
          </w:tcPr>
          <w:p w14:paraId="674F6502" w14:textId="77777777" w:rsidR="00ED5A80" w:rsidRDefault="00ED5A80" w:rsidP="00AF6E39">
            <w:pPr>
              <w:spacing w:after="0"/>
            </w:pPr>
            <w:r>
              <w:rPr>
                <w:rFonts w:ascii="Arial" w:hAnsi="Arial"/>
                <w:b/>
                <w:color w:val="FFFFFF"/>
                <w:sz w:val="15"/>
              </w:rPr>
              <w:t>Lead responsibility</w:t>
            </w:r>
          </w:p>
        </w:tc>
        <w:tc>
          <w:tcPr>
            <w:tcW w:w="2304" w:type="dxa"/>
            <w:shd w:val="clear" w:color="auto" w:fill="17365D"/>
            <w:tcMar>
              <w:top w:w="65" w:type="dxa"/>
              <w:left w:w="75" w:type="dxa"/>
              <w:bottom w:w="65" w:type="dxa"/>
              <w:right w:w="75" w:type="dxa"/>
            </w:tcMar>
            <w:vAlign w:val="center"/>
          </w:tcPr>
          <w:p w14:paraId="6BE2E6B3" w14:textId="77777777" w:rsidR="00ED5A80" w:rsidRDefault="00ED5A80" w:rsidP="00AF6E39">
            <w:pPr>
              <w:spacing w:after="0"/>
            </w:pPr>
            <w:r>
              <w:rPr>
                <w:rFonts w:ascii="Arial" w:hAnsi="Arial"/>
                <w:b/>
                <w:color w:val="FFFFFF"/>
                <w:sz w:val="15"/>
              </w:rPr>
              <w:t>Evidence of completion</w:t>
            </w:r>
          </w:p>
        </w:tc>
      </w:tr>
      <w:tr w:rsidR="00ED5A80" w14:paraId="3020D4CF" w14:textId="77777777" w:rsidTr="00AF6E39">
        <w:trPr>
          <w:jc w:val="center"/>
        </w:trPr>
        <w:tc>
          <w:tcPr>
            <w:tcW w:w="3744" w:type="dxa"/>
            <w:tcMar>
              <w:top w:w="65" w:type="dxa"/>
              <w:left w:w="75" w:type="dxa"/>
              <w:bottom w:w="65" w:type="dxa"/>
              <w:right w:w="75" w:type="dxa"/>
            </w:tcMar>
            <w:vAlign w:val="center"/>
          </w:tcPr>
          <w:p w14:paraId="31D468A3" w14:textId="77777777" w:rsidR="00ED5A80" w:rsidRDefault="00ED5A80" w:rsidP="00AF6E39">
            <w:pPr>
              <w:spacing w:after="0"/>
            </w:pPr>
            <w:r>
              <w:rPr>
                <w:rFonts w:ascii="Arial" w:hAnsi="Arial"/>
                <w:sz w:val="15"/>
              </w:rPr>
              <w:t>Finalise partners and arrangements</w:t>
            </w:r>
          </w:p>
        </w:tc>
        <w:tc>
          <w:tcPr>
            <w:tcW w:w="1872" w:type="dxa"/>
            <w:tcMar>
              <w:top w:w="65" w:type="dxa"/>
              <w:left w:w="75" w:type="dxa"/>
              <w:bottom w:w="65" w:type="dxa"/>
              <w:right w:w="75" w:type="dxa"/>
            </w:tcMar>
            <w:vAlign w:val="center"/>
          </w:tcPr>
          <w:p w14:paraId="3CBF0277" w14:textId="77777777" w:rsidR="00ED5A80" w:rsidRDefault="00ED5A80" w:rsidP="00AF6E39">
            <w:pPr>
              <w:spacing w:after="0"/>
            </w:pPr>
          </w:p>
        </w:tc>
        <w:tc>
          <w:tcPr>
            <w:tcW w:w="2304" w:type="dxa"/>
            <w:tcMar>
              <w:top w:w="65" w:type="dxa"/>
              <w:left w:w="75" w:type="dxa"/>
              <w:bottom w:w="65" w:type="dxa"/>
              <w:right w:w="75" w:type="dxa"/>
            </w:tcMar>
            <w:vAlign w:val="center"/>
          </w:tcPr>
          <w:p w14:paraId="06CE737D" w14:textId="77777777" w:rsidR="00ED5A80" w:rsidRDefault="00ED5A80" w:rsidP="00AF6E39">
            <w:pPr>
              <w:spacing w:after="0"/>
            </w:pPr>
          </w:p>
        </w:tc>
        <w:tc>
          <w:tcPr>
            <w:tcW w:w="2304" w:type="dxa"/>
            <w:tcMar>
              <w:top w:w="65" w:type="dxa"/>
              <w:left w:w="75" w:type="dxa"/>
              <w:bottom w:w="65" w:type="dxa"/>
              <w:right w:w="75" w:type="dxa"/>
            </w:tcMar>
            <w:vAlign w:val="center"/>
          </w:tcPr>
          <w:p w14:paraId="3931373C" w14:textId="77777777" w:rsidR="00ED5A80" w:rsidRDefault="00ED5A80" w:rsidP="00AF6E39">
            <w:pPr>
              <w:spacing w:after="0"/>
            </w:pPr>
          </w:p>
        </w:tc>
      </w:tr>
      <w:tr w:rsidR="00ED5A80" w14:paraId="245B11FA" w14:textId="77777777" w:rsidTr="00AF6E39">
        <w:trPr>
          <w:jc w:val="center"/>
        </w:trPr>
        <w:tc>
          <w:tcPr>
            <w:tcW w:w="3744" w:type="dxa"/>
            <w:shd w:val="clear" w:color="auto" w:fill="F2F4F5"/>
            <w:tcMar>
              <w:top w:w="65" w:type="dxa"/>
              <w:left w:w="75" w:type="dxa"/>
              <w:bottom w:w="65" w:type="dxa"/>
              <w:right w:w="75" w:type="dxa"/>
            </w:tcMar>
            <w:vAlign w:val="center"/>
          </w:tcPr>
          <w:p w14:paraId="7690E522" w14:textId="77777777" w:rsidR="00ED5A80" w:rsidRDefault="00ED5A80" w:rsidP="00AF6E39">
            <w:pPr>
              <w:spacing w:after="0"/>
            </w:pPr>
            <w:r>
              <w:rPr>
                <w:rFonts w:ascii="Arial" w:hAnsi="Arial"/>
                <w:sz w:val="15"/>
              </w:rPr>
              <w:t>Recruit and select trainee</w:t>
            </w:r>
          </w:p>
        </w:tc>
        <w:tc>
          <w:tcPr>
            <w:tcW w:w="1872" w:type="dxa"/>
            <w:shd w:val="clear" w:color="auto" w:fill="F2F4F5"/>
            <w:tcMar>
              <w:top w:w="65" w:type="dxa"/>
              <w:left w:w="75" w:type="dxa"/>
              <w:bottom w:w="65" w:type="dxa"/>
              <w:right w:w="75" w:type="dxa"/>
            </w:tcMar>
            <w:vAlign w:val="center"/>
          </w:tcPr>
          <w:p w14:paraId="2FB344AF" w14:textId="77777777" w:rsidR="00ED5A80" w:rsidRDefault="00ED5A80" w:rsidP="00AF6E39">
            <w:pPr>
              <w:spacing w:after="0"/>
            </w:pPr>
          </w:p>
        </w:tc>
        <w:tc>
          <w:tcPr>
            <w:tcW w:w="2304" w:type="dxa"/>
            <w:shd w:val="clear" w:color="auto" w:fill="F2F4F5"/>
            <w:tcMar>
              <w:top w:w="65" w:type="dxa"/>
              <w:left w:w="75" w:type="dxa"/>
              <w:bottom w:w="65" w:type="dxa"/>
              <w:right w:w="75" w:type="dxa"/>
            </w:tcMar>
            <w:vAlign w:val="center"/>
          </w:tcPr>
          <w:p w14:paraId="0B5EC6D1" w14:textId="77777777" w:rsidR="00ED5A80" w:rsidRDefault="00ED5A80" w:rsidP="00AF6E39">
            <w:pPr>
              <w:spacing w:after="0"/>
            </w:pPr>
          </w:p>
        </w:tc>
        <w:tc>
          <w:tcPr>
            <w:tcW w:w="2304" w:type="dxa"/>
            <w:shd w:val="clear" w:color="auto" w:fill="F2F4F5"/>
            <w:tcMar>
              <w:top w:w="65" w:type="dxa"/>
              <w:left w:w="75" w:type="dxa"/>
              <w:bottom w:w="65" w:type="dxa"/>
              <w:right w:w="75" w:type="dxa"/>
            </w:tcMar>
            <w:vAlign w:val="center"/>
          </w:tcPr>
          <w:p w14:paraId="4DFE0037" w14:textId="77777777" w:rsidR="00ED5A80" w:rsidRDefault="00ED5A80" w:rsidP="00AF6E39">
            <w:pPr>
              <w:spacing w:after="0"/>
            </w:pPr>
          </w:p>
        </w:tc>
      </w:tr>
      <w:tr w:rsidR="00ED5A80" w14:paraId="5EC2D7B7" w14:textId="77777777" w:rsidTr="00AF6E39">
        <w:trPr>
          <w:jc w:val="center"/>
        </w:trPr>
        <w:tc>
          <w:tcPr>
            <w:tcW w:w="3744" w:type="dxa"/>
            <w:tcMar>
              <w:top w:w="65" w:type="dxa"/>
              <w:left w:w="75" w:type="dxa"/>
              <w:bottom w:w="65" w:type="dxa"/>
              <w:right w:w="75" w:type="dxa"/>
            </w:tcMar>
            <w:vAlign w:val="center"/>
          </w:tcPr>
          <w:p w14:paraId="54CD6F0C" w14:textId="77777777" w:rsidR="00ED5A80" w:rsidRDefault="00ED5A80" w:rsidP="00AF6E39">
            <w:pPr>
              <w:spacing w:after="0"/>
            </w:pPr>
            <w:r>
              <w:rPr>
                <w:rFonts w:ascii="Arial" w:hAnsi="Arial"/>
                <w:sz w:val="15"/>
              </w:rPr>
              <w:t>Complete employment and training sign-up</w:t>
            </w:r>
          </w:p>
        </w:tc>
        <w:tc>
          <w:tcPr>
            <w:tcW w:w="1872" w:type="dxa"/>
            <w:tcMar>
              <w:top w:w="65" w:type="dxa"/>
              <w:left w:w="75" w:type="dxa"/>
              <w:bottom w:w="65" w:type="dxa"/>
              <w:right w:w="75" w:type="dxa"/>
            </w:tcMar>
            <w:vAlign w:val="center"/>
          </w:tcPr>
          <w:p w14:paraId="682A0748" w14:textId="77777777" w:rsidR="00ED5A80" w:rsidRDefault="00ED5A80" w:rsidP="00AF6E39">
            <w:pPr>
              <w:spacing w:after="0"/>
            </w:pPr>
          </w:p>
        </w:tc>
        <w:tc>
          <w:tcPr>
            <w:tcW w:w="2304" w:type="dxa"/>
            <w:tcMar>
              <w:top w:w="65" w:type="dxa"/>
              <w:left w:w="75" w:type="dxa"/>
              <w:bottom w:w="65" w:type="dxa"/>
              <w:right w:w="75" w:type="dxa"/>
            </w:tcMar>
            <w:vAlign w:val="center"/>
          </w:tcPr>
          <w:p w14:paraId="2F6652E3" w14:textId="77777777" w:rsidR="00ED5A80" w:rsidRDefault="00ED5A80" w:rsidP="00AF6E39">
            <w:pPr>
              <w:spacing w:after="0"/>
            </w:pPr>
          </w:p>
        </w:tc>
        <w:tc>
          <w:tcPr>
            <w:tcW w:w="2304" w:type="dxa"/>
            <w:tcMar>
              <w:top w:w="65" w:type="dxa"/>
              <w:left w:w="75" w:type="dxa"/>
              <w:bottom w:w="65" w:type="dxa"/>
              <w:right w:w="75" w:type="dxa"/>
            </w:tcMar>
            <w:vAlign w:val="center"/>
          </w:tcPr>
          <w:p w14:paraId="0386A05E" w14:textId="77777777" w:rsidR="00ED5A80" w:rsidRDefault="00ED5A80" w:rsidP="00AF6E39">
            <w:pPr>
              <w:spacing w:after="0"/>
            </w:pPr>
          </w:p>
        </w:tc>
      </w:tr>
      <w:tr w:rsidR="00ED5A80" w14:paraId="6B341B6B" w14:textId="77777777" w:rsidTr="00AF6E39">
        <w:trPr>
          <w:jc w:val="center"/>
        </w:trPr>
        <w:tc>
          <w:tcPr>
            <w:tcW w:w="3744" w:type="dxa"/>
            <w:shd w:val="clear" w:color="auto" w:fill="F2F4F5"/>
            <w:tcMar>
              <w:top w:w="65" w:type="dxa"/>
              <w:left w:w="75" w:type="dxa"/>
              <w:bottom w:w="65" w:type="dxa"/>
              <w:right w:w="75" w:type="dxa"/>
            </w:tcMar>
            <w:vAlign w:val="center"/>
          </w:tcPr>
          <w:p w14:paraId="73DA6FB4" w14:textId="77777777" w:rsidR="00ED5A80" w:rsidRDefault="00ED5A80" w:rsidP="00AF6E39">
            <w:pPr>
              <w:spacing w:after="0"/>
            </w:pPr>
            <w:r>
              <w:rPr>
                <w:rFonts w:ascii="Arial" w:hAnsi="Arial"/>
                <w:sz w:val="15"/>
              </w:rPr>
              <w:t>Trainee commences</w:t>
            </w:r>
          </w:p>
        </w:tc>
        <w:tc>
          <w:tcPr>
            <w:tcW w:w="1872" w:type="dxa"/>
            <w:shd w:val="clear" w:color="auto" w:fill="F2F4F5"/>
            <w:tcMar>
              <w:top w:w="65" w:type="dxa"/>
              <w:left w:w="75" w:type="dxa"/>
              <w:bottom w:w="65" w:type="dxa"/>
              <w:right w:w="75" w:type="dxa"/>
            </w:tcMar>
            <w:vAlign w:val="center"/>
          </w:tcPr>
          <w:p w14:paraId="1DFC3FA2" w14:textId="77777777" w:rsidR="00ED5A80" w:rsidRDefault="00ED5A80" w:rsidP="00AF6E39">
            <w:pPr>
              <w:spacing w:after="0"/>
            </w:pPr>
          </w:p>
        </w:tc>
        <w:tc>
          <w:tcPr>
            <w:tcW w:w="2304" w:type="dxa"/>
            <w:shd w:val="clear" w:color="auto" w:fill="F2F4F5"/>
            <w:tcMar>
              <w:top w:w="65" w:type="dxa"/>
              <w:left w:w="75" w:type="dxa"/>
              <w:bottom w:w="65" w:type="dxa"/>
              <w:right w:w="75" w:type="dxa"/>
            </w:tcMar>
            <w:vAlign w:val="center"/>
          </w:tcPr>
          <w:p w14:paraId="7121EB69" w14:textId="77777777" w:rsidR="00ED5A80" w:rsidRDefault="00ED5A80" w:rsidP="00AF6E39">
            <w:pPr>
              <w:spacing w:after="0"/>
            </w:pPr>
          </w:p>
        </w:tc>
        <w:tc>
          <w:tcPr>
            <w:tcW w:w="2304" w:type="dxa"/>
            <w:shd w:val="clear" w:color="auto" w:fill="F2F4F5"/>
            <w:tcMar>
              <w:top w:w="65" w:type="dxa"/>
              <w:left w:w="75" w:type="dxa"/>
              <w:bottom w:w="65" w:type="dxa"/>
              <w:right w:w="75" w:type="dxa"/>
            </w:tcMar>
            <w:vAlign w:val="center"/>
          </w:tcPr>
          <w:p w14:paraId="3D5118E0" w14:textId="77777777" w:rsidR="00ED5A80" w:rsidRDefault="00ED5A80" w:rsidP="00AF6E39">
            <w:pPr>
              <w:spacing w:after="0"/>
            </w:pPr>
          </w:p>
        </w:tc>
      </w:tr>
      <w:tr w:rsidR="00ED5A80" w14:paraId="69EC6522" w14:textId="77777777" w:rsidTr="00AF6E39">
        <w:trPr>
          <w:jc w:val="center"/>
        </w:trPr>
        <w:tc>
          <w:tcPr>
            <w:tcW w:w="3744" w:type="dxa"/>
            <w:tcMar>
              <w:top w:w="65" w:type="dxa"/>
              <w:left w:w="75" w:type="dxa"/>
              <w:bottom w:w="65" w:type="dxa"/>
              <w:right w:w="75" w:type="dxa"/>
            </w:tcMar>
            <w:vAlign w:val="center"/>
          </w:tcPr>
          <w:p w14:paraId="490CD41A" w14:textId="77777777" w:rsidR="00ED5A80" w:rsidRDefault="00ED5A80" w:rsidP="00AF6E39">
            <w:pPr>
              <w:spacing w:after="0"/>
            </w:pPr>
            <w:r>
              <w:rPr>
                <w:rFonts w:ascii="Arial" w:hAnsi="Arial"/>
                <w:sz w:val="15"/>
              </w:rPr>
              <w:t>First-month review</w:t>
            </w:r>
          </w:p>
        </w:tc>
        <w:tc>
          <w:tcPr>
            <w:tcW w:w="1872" w:type="dxa"/>
            <w:tcMar>
              <w:top w:w="65" w:type="dxa"/>
              <w:left w:w="75" w:type="dxa"/>
              <w:bottom w:w="65" w:type="dxa"/>
              <w:right w:w="75" w:type="dxa"/>
            </w:tcMar>
            <w:vAlign w:val="center"/>
          </w:tcPr>
          <w:p w14:paraId="0C31C995" w14:textId="77777777" w:rsidR="00ED5A80" w:rsidRDefault="00ED5A80" w:rsidP="00AF6E39">
            <w:pPr>
              <w:spacing w:after="0"/>
            </w:pPr>
          </w:p>
        </w:tc>
        <w:tc>
          <w:tcPr>
            <w:tcW w:w="2304" w:type="dxa"/>
            <w:tcMar>
              <w:top w:w="65" w:type="dxa"/>
              <w:left w:w="75" w:type="dxa"/>
              <w:bottom w:w="65" w:type="dxa"/>
              <w:right w:w="75" w:type="dxa"/>
            </w:tcMar>
            <w:vAlign w:val="center"/>
          </w:tcPr>
          <w:p w14:paraId="6D0F0E53" w14:textId="77777777" w:rsidR="00ED5A80" w:rsidRDefault="00ED5A80" w:rsidP="00AF6E39">
            <w:pPr>
              <w:spacing w:after="0"/>
            </w:pPr>
          </w:p>
        </w:tc>
        <w:tc>
          <w:tcPr>
            <w:tcW w:w="2304" w:type="dxa"/>
            <w:tcMar>
              <w:top w:w="65" w:type="dxa"/>
              <w:left w:w="75" w:type="dxa"/>
              <w:bottom w:w="65" w:type="dxa"/>
              <w:right w:w="75" w:type="dxa"/>
            </w:tcMar>
            <w:vAlign w:val="center"/>
          </w:tcPr>
          <w:p w14:paraId="75A58501" w14:textId="77777777" w:rsidR="00ED5A80" w:rsidRDefault="00ED5A80" w:rsidP="00AF6E39">
            <w:pPr>
              <w:spacing w:after="0"/>
            </w:pPr>
          </w:p>
        </w:tc>
      </w:tr>
      <w:tr w:rsidR="00ED5A80" w14:paraId="1EFFAEA1" w14:textId="77777777" w:rsidTr="00AF6E39">
        <w:trPr>
          <w:jc w:val="center"/>
        </w:trPr>
        <w:tc>
          <w:tcPr>
            <w:tcW w:w="3744" w:type="dxa"/>
            <w:shd w:val="clear" w:color="auto" w:fill="F2F4F5"/>
            <w:tcMar>
              <w:top w:w="65" w:type="dxa"/>
              <w:left w:w="75" w:type="dxa"/>
              <w:bottom w:w="65" w:type="dxa"/>
              <w:right w:w="75" w:type="dxa"/>
            </w:tcMar>
            <w:vAlign w:val="center"/>
          </w:tcPr>
          <w:p w14:paraId="2CF0A73D" w14:textId="77777777" w:rsidR="00ED5A80" w:rsidRDefault="00ED5A80" w:rsidP="00AF6E39">
            <w:pPr>
              <w:spacing w:after="0"/>
            </w:pPr>
            <w:r>
              <w:rPr>
                <w:rFonts w:ascii="Arial" w:hAnsi="Arial"/>
                <w:sz w:val="15"/>
              </w:rPr>
              <w:t>First 90-day review</w:t>
            </w:r>
          </w:p>
        </w:tc>
        <w:tc>
          <w:tcPr>
            <w:tcW w:w="1872" w:type="dxa"/>
            <w:shd w:val="clear" w:color="auto" w:fill="F2F4F5"/>
            <w:tcMar>
              <w:top w:w="65" w:type="dxa"/>
              <w:left w:w="75" w:type="dxa"/>
              <w:bottom w:w="65" w:type="dxa"/>
              <w:right w:w="75" w:type="dxa"/>
            </w:tcMar>
            <w:vAlign w:val="center"/>
          </w:tcPr>
          <w:p w14:paraId="274C997E" w14:textId="77777777" w:rsidR="00ED5A80" w:rsidRDefault="00ED5A80" w:rsidP="00AF6E39">
            <w:pPr>
              <w:spacing w:after="0"/>
            </w:pPr>
          </w:p>
        </w:tc>
        <w:tc>
          <w:tcPr>
            <w:tcW w:w="2304" w:type="dxa"/>
            <w:shd w:val="clear" w:color="auto" w:fill="F2F4F5"/>
            <w:tcMar>
              <w:top w:w="65" w:type="dxa"/>
              <w:left w:w="75" w:type="dxa"/>
              <w:bottom w:w="65" w:type="dxa"/>
              <w:right w:w="75" w:type="dxa"/>
            </w:tcMar>
            <w:vAlign w:val="center"/>
          </w:tcPr>
          <w:p w14:paraId="40A93171" w14:textId="77777777" w:rsidR="00ED5A80" w:rsidRDefault="00ED5A80" w:rsidP="00AF6E39">
            <w:pPr>
              <w:spacing w:after="0"/>
            </w:pPr>
          </w:p>
        </w:tc>
        <w:tc>
          <w:tcPr>
            <w:tcW w:w="2304" w:type="dxa"/>
            <w:shd w:val="clear" w:color="auto" w:fill="F2F4F5"/>
            <w:tcMar>
              <w:top w:w="65" w:type="dxa"/>
              <w:left w:w="75" w:type="dxa"/>
              <w:bottom w:w="65" w:type="dxa"/>
              <w:right w:w="75" w:type="dxa"/>
            </w:tcMar>
            <w:vAlign w:val="center"/>
          </w:tcPr>
          <w:p w14:paraId="35DA9E82" w14:textId="77777777" w:rsidR="00ED5A80" w:rsidRDefault="00ED5A80" w:rsidP="00AF6E39">
            <w:pPr>
              <w:spacing w:after="0"/>
            </w:pPr>
          </w:p>
        </w:tc>
      </w:tr>
      <w:tr w:rsidR="00ED5A80" w14:paraId="61BB3D46" w14:textId="77777777" w:rsidTr="00AF6E39">
        <w:trPr>
          <w:jc w:val="center"/>
        </w:trPr>
        <w:tc>
          <w:tcPr>
            <w:tcW w:w="3744" w:type="dxa"/>
            <w:tcMar>
              <w:top w:w="65" w:type="dxa"/>
              <w:left w:w="75" w:type="dxa"/>
              <w:bottom w:w="65" w:type="dxa"/>
              <w:right w:w="75" w:type="dxa"/>
            </w:tcMar>
            <w:vAlign w:val="center"/>
          </w:tcPr>
          <w:p w14:paraId="51DB2251" w14:textId="77777777" w:rsidR="00ED5A80" w:rsidRDefault="00ED5A80" w:rsidP="00AF6E39">
            <w:pPr>
              <w:spacing w:after="0"/>
            </w:pPr>
            <w:r>
              <w:rPr>
                <w:rFonts w:ascii="Arial" w:hAnsi="Arial"/>
                <w:sz w:val="15"/>
              </w:rPr>
              <w:t>Ongoing progress and support reviews</w:t>
            </w:r>
          </w:p>
        </w:tc>
        <w:tc>
          <w:tcPr>
            <w:tcW w:w="1872" w:type="dxa"/>
            <w:tcMar>
              <w:top w:w="65" w:type="dxa"/>
              <w:left w:w="75" w:type="dxa"/>
              <w:bottom w:w="65" w:type="dxa"/>
              <w:right w:w="75" w:type="dxa"/>
            </w:tcMar>
            <w:vAlign w:val="center"/>
          </w:tcPr>
          <w:p w14:paraId="5EC0505F" w14:textId="77777777" w:rsidR="00ED5A80" w:rsidRDefault="00ED5A80" w:rsidP="00AF6E39">
            <w:pPr>
              <w:spacing w:after="0"/>
            </w:pPr>
          </w:p>
        </w:tc>
        <w:tc>
          <w:tcPr>
            <w:tcW w:w="2304" w:type="dxa"/>
            <w:tcMar>
              <w:top w:w="65" w:type="dxa"/>
              <w:left w:w="75" w:type="dxa"/>
              <w:bottom w:w="65" w:type="dxa"/>
              <w:right w:w="75" w:type="dxa"/>
            </w:tcMar>
            <w:vAlign w:val="center"/>
          </w:tcPr>
          <w:p w14:paraId="12D82947" w14:textId="77777777" w:rsidR="00ED5A80" w:rsidRDefault="00ED5A80" w:rsidP="00AF6E39">
            <w:pPr>
              <w:spacing w:after="0"/>
            </w:pPr>
          </w:p>
        </w:tc>
        <w:tc>
          <w:tcPr>
            <w:tcW w:w="2304" w:type="dxa"/>
            <w:tcMar>
              <w:top w:w="65" w:type="dxa"/>
              <w:left w:w="75" w:type="dxa"/>
              <w:bottom w:w="65" w:type="dxa"/>
              <w:right w:w="75" w:type="dxa"/>
            </w:tcMar>
            <w:vAlign w:val="center"/>
          </w:tcPr>
          <w:p w14:paraId="09B43754" w14:textId="77777777" w:rsidR="00ED5A80" w:rsidRDefault="00ED5A80" w:rsidP="00AF6E39">
            <w:pPr>
              <w:spacing w:after="0"/>
            </w:pPr>
          </w:p>
        </w:tc>
      </w:tr>
      <w:tr w:rsidR="00ED5A80" w14:paraId="1FE470CB" w14:textId="77777777" w:rsidTr="00AF6E39">
        <w:trPr>
          <w:jc w:val="center"/>
        </w:trPr>
        <w:tc>
          <w:tcPr>
            <w:tcW w:w="3744" w:type="dxa"/>
            <w:shd w:val="clear" w:color="auto" w:fill="F2F4F5"/>
            <w:tcMar>
              <w:top w:w="65" w:type="dxa"/>
              <w:left w:w="75" w:type="dxa"/>
              <w:bottom w:w="65" w:type="dxa"/>
              <w:right w:w="75" w:type="dxa"/>
            </w:tcMar>
            <w:vAlign w:val="center"/>
          </w:tcPr>
          <w:p w14:paraId="672A8344" w14:textId="77777777" w:rsidR="00ED5A80" w:rsidRDefault="00ED5A80" w:rsidP="00AF6E39">
            <w:pPr>
              <w:spacing w:after="0"/>
            </w:pPr>
            <w:r>
              <w:rPr>
                <w:rFonts w:ascii="Arial" w:hAnsi="Arial"/>
                <w:sz w:val="15"/>
              </w:rPr>
              <w:t>Grant reporting milestones</w:t>
            </w:r>
          </w:p>
        </w:tc>
        <w:tc>
          <w:tcPr>
            <w:tcW w:w="1872" w:type="dxa"/>
            <w:shd w:val="clear" w:color="auto" w:fill="F2F4F5"/>
            <w:tcMar>
              <w:top w:w="65" w:type="dxa"/>
              <w:left w:w="75" w:type="dxa"/>
              <w:bottom w:w="65" w:type="dxa"/>
              <w:right w:w="75" w:type="dxa"/>
            </w:tcMar>
            <w:vAlign w:val="center"/>
          </w:tcPr>
          <w:p w14:paraId="64FAA390" w14:textId="77777777" w:rsidR="00ED5A80" w:rsidRDefault="00ED5A80" w:rsidP="00AF6E39">
            <w:pPr>
              <w:spacing w:after="0"/>
            </w:pPr>
          </w:p>
        </w:tc>
        <w:tc>
          <w:tcPr>
            <w:tcW w:w="2304" w:type="dxa"/>
            <w:shd w:val="clear" w:color="auto" w:fill="F2F4F5"/>
            <w:tcMar>
              <w:top w:w="65" w:type="dxa"/>
              <w:left w:w="75" w:type="dxa"/>
              <w:bottom w:w="65" w:type="dxa"/>
              <w:right w:w="75" w:type="dxa"/>
            </w:tcMar>
            <w:vAlign w:val="center"/>
          </w:tcPr>
          <w:p w14:paraId="7E61BFAC" w14:textId="77777777" w:rsidR="00ED5A80" w:rsidRDefault="00ED5A80" w:rsidP="00AF6E39">
            <w:pPr>
              <w:spacing w:after="0"/>
            </w:pPr>
          </w:p>
        </w:tc>
        <w:tc>
          <w:tcPr>
            <w:tcW w:w="2304" w:type="dxa"/>
            <w:shd w:val="clear" w:color="auto" w:fill="F2F4F5"/>
            <w:tcMar>
              <w:top w:w="65" w:type="dxa"/>
              <w:left w:w="75" w:type="dxa"/>
              <w:bottom w:w="65" w:type="dxa"/>
              <w:right w:w="75" w:type="dxa"/>
            </w:tcMar>
            <w:vAlign w:val="center"/>
          </w:tcPr>
          <w:p w14:paraId="07032D10" w14:textId="77777777" w:rsidR="00ED5A80" w:rsidRDefault="00ED5A80" w:rsidP="00AF6E39">
            <w:pPr>
              <w:spacing w:after="0"/>
            </w:pPr>
          </w:p>
        </w:tc>
      </w:tr>
      <w:tr w:rsidR="00ED5A80" w14:paraId="7816E161" w14:textId="77777777" w:rsidTr="00AF6E39">
        <w:trPr>
          <w:jc w:val="center"/>
        </w:trPr>
        <w:tc>
          <w:tcPr>
            <w:tcW w:w="3744" w:type="dxa"/>
            <w:tcMar>
              <w:top w:w="65" w:type="dxa"/>
              <w:left w:w="75" w:type="dxa"/>
              <w:bottom w:w="65" w:type="dxa"/>
              <w:right w:w="75" w:type="dxa"/>
            </w:tcMar>
            <w:vAlign w:val="center"/>
          </w:tcPr>
          <w:p w14:paraId="19C7D525" w14:textId="77777777" w:rsidR="00ED5A80" w:rsidRDefault="00ED5A80" w:rsidP="00AF6E39">
            <w:pPr>
              <w:spacing w:after="0"/>
            </w:pPr>
            <w:r>
              <w:rPr>
                <w:rFonts w:ascii="Arial" w:hAnsi="Arial"/>
                <w:sz w:val="15"/>
              </w:rPr>
              <w:t>Completion and transition planning</w:t>
            </w:r>
          </w:p>
        </w:tc>
        <w:tc>
          <w:tcPr>
            <w:tcW w:w="1872" w:type="dxa"/>
            <w:tcMar>
              <w:top w:w="65" w:type="dxa"/>
              <w:left w:w="75" w:type="dxa"/>
              <w:bottom w:w="65" w:type="dxa"/>
              <w:right w:w="75" w:type="dxa"/>
            </w:tcMar>
            <w:vAlign w:val="center"/>
          </w:tcPr>
          <w:p w14:paraId="2248A52A" w14:textId="77777777" w:rsidR="00ED5A80" w:rsidRDefault="00ED5A80" w:rsidP="00AF6E39">
            <w:pPr>
              <w:spacing w:after="0"/>
            </w:pPr>
          </w:p>
        </w:tc>
        <w:tc>
          <w:tcPr>
            <w:tcW w:w="2304" w:type="dxa"/>
            <w:tcMar>
              <w:top w:w="65" w:type="dxa"/>
              <w:left w:w="75" w:type="dxa"/>
              <w:bottom w:w="65" w:type="dxa"/>
              <w:right w:w="75" w:type="dxa"/>
            </w:tcMar>
            <w:vAlign w:val="center"/>
          </w:tcPr>
          <w:p w14:paraId="57F502FD" w14:textId="77777777" w:rsidR="00ED5A80" w:rsidRDefault="00ED5A80" w:rsidP="00AF6E39">
            <w:pPr>
              <w:spacing w:after="0"/>
            </w:pPr>
          </w:p>
        </w:tc>
        <w:tc>
          <w:tcPr>
            <w:tcW w:w="2304" w:type="dxa"/>
            <w:tcMar>
              <w:top w:w="65" w:type="dxa"/>
              <w:left w:w="75" w:type="dxa"/>
              <w:bottom w:w="65" w:type="dxa"/>
              <w:right w:w="75" w:type="dxa"/>
            </w:tcMar>
            <w:vAlign w:val="center"/>
          </w:tcPr>
          <w:p w14:paraId="6D808FBB" w14:textId="77777777" w:rsidR="00ED5A80" w:rsidRDefault="00ED5A80" w:rsidP="00AF6E39">
            <w:pPr>
              <w:spacing w:after="0"/>
            </w:pPr>
          </w:p>
        </w:tc>
      </w:tr>
      <w:tr w:rsidR="00ED5A80" w14:paraId="0C4D7402" w14:textId="77777777" w:rsidTr="00AF6E39">
        <w:trPr>
          <w:jc w:val="center"/>
        </w:trPr>
        <w:tc>
          <w:tcPr>
            <w:tcW w:w="3744" w:type="dxa"/>
            <w:shd w:val="clear" w:color="auto" w:fill="F2F4F5"/>
            <w:tcMar>
              <w:top w:w="65" w:type="dxa"/>
              <w:left w:w="75" w:type="dxa"/>
              <w:bottom w:w="65" w:type="dxa"/>
              <w:right w:w="75" w:type="dxa"/>
            </w:tcMar>
            <w:vAlign w:val="center"/>
          </w:tcPr>
          <w:p w14:paraId="20D14E89" w14:textId="77777777" w:rsidR="00ED5A80" w:rsidRDefault="00ED5A80" w:rsidP="00AF6E39">
            <w:pPr>
              <w:spacing w:after="0"/>
            </w:pPr>
            <w:r>
              <w:rPr>
                <w:rFonts w:ascii="Arial" w:hAnsi="Arial"/>
                <w:sz w:val="15"/>
              </w:rPr>
              <w:t>Final reporting and acquittal</w:t>
            </w:r>
          </w:p>
        </w:tc>
        <w:tc>
          <w:tcPr>
            <w:tcW w:w="1872" w:type="dxa"/>
            <w:shd w:val="clear" w:color="auto" w:fill="F2F4F5"/>
            <w:tcMar>
              <w:top w:w="65" w:type="dxa"/>
              <w:left w:w="75" w:type="dxa"/>
              <w:bottom w:w="65" w:type="dxa"/>
              <w:right w:w="75" w:type="dxa"/>
            </w:tcMar>
            <w:vAlign w:val="center"/>
          </w:tcPr>
          <w:p w14:paraId="18BEA0D5" w14:textId="77777777" w:rsidR="00ED5A80" w:rsidRDefault="00ED5A80" w:rsidP="00AF6E39">
            <w:pPr>
              <w:spacing w:after="0"/>
            </w:pPr>
          </w:p>
        </w:tc>
        <w:tc>
          <w:tcPr>
            <w:tcW w:w="2304" w:type="dxa"/>
            <w:shd w:val="clear" w:color="auto" w:fill="F2F4F5"/>
            <w:tcMar>
              <w:top w:w="65" w:type="dxa"/>
              <w:left w:w="75" w:type="dxa"/>
              <w:bottom w:w="65" w:type="dxa"/>
              <w:right w:w="75" w:type="dxa"/>
            </w:tcMar>
            <w:vAlign w:val="center"/>
          </w:tcPr>
          <w:p w14:paraId="642CD4A8" w14:textId="77777777" w:rsidR="00ED5A80" w:rsidRDefault="00ED5A80" w:rsidP="00AF6E39">
            <w:pPr>
              <w:spacing w:after="0"/>
            </w:pPr>
          </w:p>
        </w:tc>
        <w:tc>
          <w:tcPr>
            <w:tcW w:w="2304" w:type="dxa"/>
            <w:shd w:val="clear" w:color="auto" w:fill="F2F4F5"/>
            <w:tcMar>
              <w:top w:w="65" w:type="dxa"/>
              <w:left w:w="75" w:type="dxa"/>
              <w:bottom w:w="65" w:type="dxa"/>
              <w:right w:w="75" w:type="dxa"/>
            </w:tcMar>
            <w:vAlign w:val="center"/>
          </w:tcPr>
          <w:p w14:paraId="26E72399" w14:textId="77777777" w:rsidR="00ED5A80" w:rsidRDefault="00ED5A80" w:rsidP="00AF6E39">
            <w:pPr>
              <w:spacing w:after="0"/>
            </w:pPr>
          </w:p>
        </w:tc>
      </w:tr>
    </w:tbl>
    <w:p w14:paraId="126838E3" w14:textId="77777777" w:rsidR="00ED5A80" w:rsidRDefault="00ED5A80" w:rsidP="00ED5A80">
      <w:pPr>
        <w:pStyle w:val="Heading2"/>
      </w:pPr>
      <w:r>
        <w:t>12. Detailed budget update</w:t>
      </w:r>
    </w:p>
    <w:p w14:paraId="435B0CDE" w14:textId="77777777" w:rsidR="00ED5A80" w:rsidRDefault="00ED5A80" w:rsidP="00ED5A80">
      <w:r>
        <w:t>Update the indicative budget from Part A using any detailed budget template required by the grant program.</w:t>
      </w:r>
    </w:p>
    <w:tbl>
      <w:tblPr>
        <w:tblW w:w="0" w:type="auto"/>
        <w:jc w:val="center"/>
        <w:tblLayout w:type="fixed"/>
        <w:tblLook w:val="04A0" w:firstRow="1" w:lastRow="0" w:firstColumn="1" w:lastColumn="0" w:noHBand="0" w:noVBand="1"/>
      </w:tblPr>
      <w:tblGrid>
        <w:gridCol w:w="6048"/>
        <w:gridCol w:w="1080"/>
        <w:gridCol w:w="3096"/>
      </w:tblGrid>
      <w:tr w:rsidR="00ED5A80" w14:paraId="3FF3CB53" w14:textId="77777777" w:rsidTr="00AF6E39">
        <w:trPr>
          <w:tblHeader/>
          <w:jc w:val="center"/>
        </w:trPr>
        <w:tc>
          <w:tcPr>
            <w:tcW w:w="6048" w:type="dxa"/>
            <w:shd w:val="clear" w:color="auto" w:fill="17365D"/>
            <w:tcMar>
              <w:top w:w="65" w:type="dxa"/>
              <w:left w:w="75" w:type="dxa"/>
              <w:bottom w:w="65" w:type="dxa"/>
              <w:right w:w="75" w:type="dxa"/>
            </w:tcMar>
            <w:vAlign w:val="center"/>
          </w:tcPr>
          <w:p w14:paraId="17098787" w14:textId="77777777" w:rsidR="00ED5A80" w:rsidRDefault="00ED5A80" w:rsidP="00AF6E39">
            <w:pPr>
              <w:spacing w:after="0"/>
            </w:pPr>
            <w:r>
              <w:rPr>
                <w:rFonts w:ascii="Arial" w:hAnsi="Arial"/>
                <w:b/>
                <w:color w:val="FFFFFF"/>
                <w:sz w:val="16"/>
              </w:rPr>
              <w:t>Check</w:t>
            </w:r>
          </w:p>
        </w:tc>
        <w:tc>
          <w:tcPr>
            <w:tcW w:w="1080" w:type="dxa"/>
            <w:shd w:val="clear" w:color="auto" w:fill="17365D"/>
            <w:tcMar>
              <w:top w:w="65" w:type="dxa"/>
              <w:left w:w="75" w:type="dxa"/>
              <w:bottom w:w="65" w:type="dxa"/>
              <w:right w:w="75" w:type="dxa"/>
            </w:tcMar>
            <w:vAlign w:val="center"/>
          </w:tcPr>
          <w:p w14:paraId="63A10894" w14:textId="77777777" w:rsidR="00ED5A80" w:rsidRDefault="00ED5A80" w:rsidP="00AF6E39">
            <w:pPr>
              <w:spacing w:after="0"/>
            </w:pPr>
            <w:r>
              <w:rPr>
                <w:rFonts w:ascii="Arial" w:hAnsi="Arial"/>
                <w:b/>
                <w:color w:val="FFFFFF"/>
                <w:sz w:val="16"/>
              </w:rPr>
              <w:t>Complete</w:t>
            </w:r>
          </w:p>
        </w:tc>
        <w:tc>
          <w:tcPr>
            <w:tcW w:w="3096" w:type="dxa"/>
            <w:shd w:val="clear" w:color="auto" w:fill="17365D"/>
            <w:tcMar>
              <w:top w:w="65" w:type="dxa"/>
              <w:left w:w="75" w:type="dxa"/>
              <w:bottom w:w="65" w:type="dxa"/>
              <w:right w:w="75" w:type="dxa"/>
            </w:tcMar>
            <w:vAlign w:val="center"/>
          </w:tcPr>
          <w:p w14:paraId="33D2FAFF" w14:textId="77777777" w:rsidR="00ED5A80" w:rsidRDefault="00ED5A80" w:rsidP="00AF6E39">
            <w:pPr>
              <w:spacing w:after="0"/>
            </w:pPr>
            <w:r>
              <w:rPr>
                <w:rFonts w:ascii="Arial" w:hAnsi="Arial"/>
                <w:b/>
                <w:color w:val="FFFFFF"/>
                <w:sz w:val="16"/>
              </w:rPr>
              <w:t>Notes</w:t>
            </w:r>
          </w:p>
        </w:tc>
      </w:tr>
      <w:tr w:rsidR="00ED5A80" w14:paraId="72AB5547" w14:textId="77777777" w:rsidTr="00AF6E39">
        <w:trPr>
          <w:jc w:val="center"/>
        </w:trPr>
        <w:tc>
          <w:tcPr>
            <w:tcW w:w="6048" w:type="dxa"/>
            <w:tcMar>
              <w:top w:w="65" w:type="dxa"/>
              <w:left w:w="75" w:type="dxa"/>
              <w:bottom w:w="65" w:type="dxa"/>
              <w:right w:w="75" w:type="dxa"/>
            </w:tcMar>
            <w:vAlign w:val="center"/>
          </w:tcPr>
          <w:p w14:paraId="06CBFBF5" w14:textId="77777777" w:rsidR="00ED5A80" w:rsidRDefault="00ED5A80" w:rsidP="00AF6E39">
            <w:pPr>
              <w:spacing w:after="0"/>
            </w:pPr>
            <w:r>
              <w:rPr>
                <w:rFonts w:ascii="Arial" w:hAnsi="Arial"/>
                <w:sz w:val="16"/>
              </w:rPr>
              <w:t>Wage calculations and on-cost assumptions confirmed</w:t>
            </w:r>
          </w:p>
        </w:tc>
        <w:tc>
          <w:tcPr>
            <w:tcW w:w="1080" w:type="dxa"/>
            <w:tcMar>
              <w:top w:w="65" w:type="dxa"/>
              <w:left w:w="75" w:type="dxa"/>
              <w:bottom w:w="65" w:type="dxa"/>
              <w:right w:w="75" w:type="dxa"/>
            </w:tcMar>
            <w:vAlign w:val="center"/>
          </w:tcPr>
          <w:p w14:paraId="5A8DA072" w14:textId="77777777" w:rsidR="00ED5A80" w:rsidRDefault="00ED5A80" w:rsidP="00AF6E39">
            <w:pPr>
              <w:spacing w:after="0"/>
            </w:pPr>
            <w:r>
              <w:rPr>
                <w:rFonts w:ascii="Arial" w:hAnsi="Arial"/>
                <w:sz w:val="16"/>
              </w:rPr>
              <w:t>☐</w:t>
            </w:r>
          </w:p>
        </w:tc>
        <w:tc>
          <w:tcPr>
            <w:tcW w:w="3096" w:type="dxa"/>
            <w:tcMar>
              <w:top w:w="65" w:type="dxa"/>
              <w:left w:w="75" w:type="dxa"/>
              <w:bottom w:w="65" w:type="dxa"/>
              <w:right w:w="75" w:type="dxa"/>
            </w:tcMar>
            <w:vAlign w:val="center"/>
          </w:tcPr>
          <w:p w14:paraId="06512955" w14:textId="77777777" w:rsidR="00ED5A80" w:rsidRDefault="00ED5A80" w:rsidP="00AF6E39">
            <w:pPr>
              <w:spacing w:after="0"/>
            </w:pPr>
          </w:p>
        </w:tc>
      </w:tr>
      <w:tr w:rsidR="00ED5A80" w14:paraId="76122D82" w14:textId="77777777" w:rsidTr="00AF6E39">
        <w:trPr>
          <w:jc w:val="center"/>
        </w:trPr>
        <w:tc>
          <w:tcPr>
            <w:tcW w:w="6048" w:type="dxa"/>
            <w:shd w:val="clear" w:color="auto" w:fill="F2F4F5"/>
            <w:tcMar>
              <w:top w:w="65" w:type="dxa"/>
              <w:left w:w="75" w:type="dxa"/>
              <w:bottom w:w="65" w:type="dxa"/>
              <w:right w:w="75" w:type="dxa"/>
            </w:tcMar>
            <w:vAlign w:val="center"/>
          </w:tcPr>
          <w:p w14:paraId="31F375DC" w14:textId="77777777" w:rsidR="00ED5A80" w:rsidRDefault="00ED5A80" w:rsidP="00AF6E39">
            <w:pPr>
              <w:spacing w:after="0"/>
            </w:pPr>
            <w:r>
              <w:rPr>
                <w:rFonts w:ascii="Arial" w:hAnsi="Arial"/>
                <w:sz w:val="16"/>
              </w:rPr>
              <w:t>GTO or provider fees confirmed</w:t>
            </w:r>
          </w:p>
        </w:tc>
        <w:tc>
          <w:tcPr>
            <w:tcW w:w="1080" w:type="dxa"/>
            <w:shd w:val="clear" w:color="auto" w:fill="F2F4F5"/>
            <w:tcMar>
              <w:top w:w="65" w:type="dxa"/>
              <w:left w:w="75" w:type="dxa"/>
              <w:bottom w:w="65" w:type="dxa"/>
              <w:right w:w="75" w:type="dxa"/>
            </w:tcMar>
            <w:vAlign w:val="center"/>
          </w:tcPr>
          <w:p w14:paraId="63FD5681" w14:textId="77777777" w:rsidR="00ED5A80" w:rsidRDefault="00ED5A80" w:rsidP="00AF6E39">
            <w:pPr>
              <w:spacing w:after="0"/>
            </w:pPr>
            <w:r>
              <w:rPr>
                <w:rFonts w:ascii="Arial" w:hAnsi="Arial"/>
                <w:sz w:val="16"/>
              </w:rPr>
              <w:t>☐</w:t>
            </w:r>
          </w:p>
        </w:tc>
        <w:tc>
          <w:tcPr>
            <w:tcW w:w="3096" w:type="dxa"/>
            <w:shd w:val="clear" w:color="auto" w:fill="F2F4F5"/>
            <w:tcMar>
              <w:top w:w="65" w:type="dxa"/>
              <w:left w:w="75" w:type="dxa"/>
              <w:bottom w:w="65" w:type="dxa"/>
              <w:right w:w="75" w:type="dxa"/>
            </w:tcMar>
            <w:vAlign w:val="center"/>
          </w:tcPr>
          <w:p w14:paraId="08EC8E0D" w14:textId="77777777" w:rsidR="00ED5A80" w:rsidRDefault="00ED5A80" w:rsidP="00AF6E39">
            <w:pPr>
              <w:spacing w:after="0"/>
            </w:pPr>
          </w:p>
        </w:tc>
      </w:tr>
      <w:tr w:rsidR="00ED5A80" w14:paraId="0CB7E8F2" w14:textId="77777777" w:rsidTr="00AF6E39">
        <w:trPr>
          <w:jc w:val="center"/>
        </w:trPr>
        <w:tc>
          <w:tcPr>
            <w:tcW w:w="6048" w:type="dxa"/>
            <w:tcMar>
              <w:top w:w="65" w:type="dxa"/>
              <w:left w:w="75" w:type="dxa"/>
              <w:bottom w:w="65" w:type="dxa"/>
              <w:right w:w="75" w:type="dxa"/>
            </w:tcMar>
            <w:vAlign w:val="center"/>
          </w:tcPr>
          <w:p w14:paraId="3268DB8C" w14:textId="77777777" w:rsidR="00ED5A80" w:rsidRDefault="00ED5A80" w:rsidP="00AF6E39">
            <w:pPr>
              <w:spacing w:after="0"/>
            </w:pPr>
            <w:r>
              <w:rPr>
                <w:rFonts w:ascii="Arial" w:hAnsi="Arial"/>
                <w:sz w:val="16"/>
              </w:rPr>
              <w:t>Training subsidies and remaining fees confirmed</w:t>
            </w:r>
          </w:p>
        </w:tc>
        <w:tc>
          <w:tcPr>
            <w:tcW w:w="1080" w:type="dxa"/>
            <w:tcMar>
              <w:top w:w="65" w:type="dxa"/>
              <w:left w:w="75" w:type="dxa"/>
              <w:bottom w:w="65" w:type="dxa"/>
              <w:right w:w="75" w:type="dxa"/>
            </w:tcMar>
            <w:vAlign w:val="center"/>
          </w:tcPr>
          <w:p w14:paraId="7BBB657E" w14:textId="77777777" w:rsidR="00ED5A80" w:rsidRDefault="00ED5A80" w:rsidP="00AF6E39">
            <w:pPr>
              <w:spacing w:after="0"/>
            </w:pPr>
            <w:r>
              <w:rPr>
                <w:rFonts w:ascii="Arial" w:hAnsi="Arial"/>
                <w:sz w:val="16"/>
              </w:rPr>
              <w:t>☐</w:t>
            </w:r>
          </w:p>
        </w:tc>
        <w:tc>
          <w:tcPr>
            <w:tcW w:w="3096" w:type="dxa"/>
            <w:tcMar>
              <w:top w:w="65" w:type="dxa"/>
              <w:left w:w="75" w:type="dxa"/>
              <w:bottom w:w="65" w:type="dxa"/>
              <w:right w:w="75" w:type="dxa"/>
            </w:tcMar>
            <w:vAlign w:val="center"/>
          </w:tcPr>
          <w:p w14:paraId="5F319898" w14:textId="77777777" w:rsidR="00ED5A80" w:rsidRDefault="00ED5A80" w:rsidP="00AF6E39">
            <w:pPr>
              <w:spacing w:after="0"/>
            </w:pPr>
          </w:p>
        </w:tc>
      </w:tr>
      <w:tr w:rsidR="00ED5A80" w14:paraId="0953E72D" w14:textId="77777777" w:rsidTr="00AF6E39">
        <w:trPr>
          <w:jc w:val="center"/>
        </w:trPr>
        <w:tc>
          <w:tcPr>
            <w:tcW w:w="6048" w:type="dxa"/>
            <w:shd w:val="clear" w:color="auto" w:fill="F2F4F5"/>
            <w:tcMar>
              <w:top w:w="65" w:type="dxa"/>
              <w:left w:w="75" w:type="dxa"/>
              <w:bottom w:w="65" w:type="dxa"/>
              <w:right w:w="75" w:type="dxa"/>
            </w:tcMar>
            <w:vAlign w:val="center"/>
          </w:tcPr>
          <w:p w14:paraId="06704AB5" w14:textId="77777777" w:rsidR="00ED5A80" w:rsidRDefault="00ED5A80" w:rsidP="00AF6E39">
            <w:pPr>
              <w:spacing w:after="0"/>
            </w:pPr>
            <w:r>
              <w:rPr>
                <w:rFonts w:ascii="Arial" w:hAnsi="Arial"/>
                <w:sz w:val="16"/>
              </w:rPr>
              <w:t>Quotes obtained where required</w:t>
            </w:r>
          </w:p>
        </w:tc>
        <w:tc>
          <w:tcPr>
            <w:tcW w:w="1080" w:type="dxa"/>
            <w:shd w:val="clear" w:color="auto" w:fill="F2F4F5"/>
            <w:tcMar>
              <w:top w:w="65" w:type="dxa"/>
              <w:left w:w="75" w:type="dxa"/>
              <w:bottom w:w="65" w:type="dxa"/>
              <w:right w:w="75" w:type="dxa"/>
            </w:tcMar>
            <w:vAlign w:val="center"/>
          </w:tcPr>
          <w:p w14:paraId="1CEEBD79" w14:textId="77777777" w:rsidR="00ED5A80" w:rsidRDefault="00ED5A80" w:rsidP="00AF6E39">
            <w:pPr>
              <w:spacing w:after="0"/>
            </w:pPr>
            <w:r>
              <w:rPr>
                <w:rFonts w:ascii="Arial" w:hAnsi="Arial"/>
                <w:sz w:val="16"/>
              </w:rPr>
              <w:t>☐</w:t>
            </w:r>
          </w:p>
        </w:tc>
        <w:tc>
          <w:tcPr>
            <w:tcW w:w="3096" w:type="dxa"/>
            <w:shd w:val="clear" w:color="auto" w:fill="F2F4F5"/>
            <w:tcMar>
              <w:top w:w="65" w:type="dxa"/>
              <w:left w:w="75" w:type="dxa"/>
              <w:bottom w:w="65" w:type="dxa"/>
              <w:right w:w="75" w:type="dxa"/>
            </w:tcMar>
            <w:vAlign w:val="center"/>
          </w:tcPr>
          <w:p w14:paraId="0DE79BE2" w14:textId="77777777" w:rsidR="00ED5A80" w:rsidRDefault="00ED5A80" w:rsidP="00AF6E39">
            <w:pPr>
              <w:spacing w:after="0"/>
            </w:pPr>
          </w:p>
        </w:tc>
      </w:tr>
      <w:tr w:rsidR="00ED5A80" w14:paraId="00F71BF3" w14:textId="77777777" w:rsidTr="00AF6E39">
        <w:trPr>
          <w:jc w:val="center"/>
        </w:trPr>
        <w:tc>
          <w:tcPr>
            <w:tcW w:w="6048" w:type="dxa"/>
            <w:tcMar>
              <w:top w:w="65" w:type="dxa"/>
              <w:left w:w="75" w:type="dxa"/>
              <w:bottom w:w="65" w:type="dxa"/>
              <w:right w:w="75" w:type="dxa"/>
            </w:tcMar>
            <w:vAlign w:val="center"/>
          </w:tcPr>
          <w:p w14:paraId="72D8540E" w14:textId="77777777" w:rsidR="00ED5A80" w:rsidRDefault="00ED5A80" w:rsidP="00AF6E39">
            <w:pPr>
              <w:spacing w:after="0"/>
            </w:pPr>
            <w:r>
              <w:rPr>
                <w:rFonts w:ascii="Arial" w:hAnsi="Arial"/>
                <w:sz w:val="16"/>
              </w:rPr>
              <w:t>Organisational and other contributions identified</w:t>
            </w:r>
          </w:p>
        </w:tc>
        <w:tc>
          <w:tcPr>
            <w:tcW w:w="1080" w:type="dxa"/>
            <w:tcMar>
              <w:top w:w="65" w:type="dxa"/>
              <w:left w:w="75" w:type="dxa"/>
              <w:bottom w:w="65" w:type="dxa"/>
              <w:right w:w="75" w:type="dxa"/>
            </w:tcMar>
            <w:vAlign w:val="center"/>
          </w:tcPr>
          <w:p w14:paraId="701D8B74" w14:textId="77777777" w:rsidR="00ED5A80" w:rsidRDefault="00ED5A80" w:rsidP="00AF6E39">
            <w:pPr>
              <w:spacing w:after="0"/>
            </w:pPr>
            <w:r>
              <w:rPr>
                <w:rFonts w:ascii="Arial" w:hAnsi="Arial"/>
                <w:sz w:val="16"/>
              </w:rPr>
              <w:t>☐</w:t>
            </w:r>
          </w:p>
        </w:tc>
        <w:tc>
          <w:tcPr>
            <w:tcW w:w="3096" w:type="dxa"/>
            <w:tcMar>
              <w:top w:w="65" w:type="dxa"/>
              <w:left w:w="75" w:type="dxa"/>
              <w:bottom w:w="65" w:type="dxa"/>
              <w:right w:w="75" w:type="dxa"/>
            </w:tcMar>
            <w:vAlign w:val="center"/>
          </w:tcPr>
          <w:p w14:paraId="387BD069" w14:textId="77777777" w:rsidR="00ED5A80" w:rsidRDefault="00ED5A80" w:rsidP="00AF6E39">
            <w:pPr>
              <w:spacing w:after="0"/>
            </w:pPr>
          </w:p>
        </w:tc>
      </w:tr>
      <w:tr w:rsidR="00ED5A80" w14:paraId="416B3623" w14:textId="77777777" w:rsidTr="00AF6E39">
        <w:trPr>
          <w:jc w:val="center"/>
        </w:trPr>
        <w:tc>
          <w:tcPr>
            <w:tcW w:w="6048" w:type="dxa"/>
            <w:shd w:val="clear" w:color="auto" w:fill="F2F4F5"/>
            <w:tcMar>
              <w:top w:w="65" w:type="dxa"/>
              <w:left w:w="75" w:type="dxa"/>
              <w:bottom w:w="65" w:type="dxa"/>
              <w:right w:w="75" w:type="dxa"/>
            </w:tcMar>
            <w:vAlign w:val="center"/>
          </w:tcPr>
          <w:p w14:paraId="22F7D78D" w14:textId="77777777" w:rsidR="00ED5A80" w:rsidRDefault="00ED5A80" w:rsidP="00AF6E39">
            <w:pPr>
              <w:spacing w:after="0"/>
            </w:pPr>
            <w:r>
              <w:rPr>
                <w:rFonts w:ascii="Arial" w:hAnsi="Arial"/>
                <w:sz w:val="16"/>
              </w:rPr>
              <w:t>No duplicate funding</w:t>
            </w:r>
          </w:p>
        </w:tc>
        <w:tc>
          <w:tcPr>
            <w:tcW w:w="1080" w:type="dxa"/>
            <w:shd w:val="clear" w:color="auto" w:fill="F2F4F5"/>
            <w:tcMar>
              <w:top w:w="65" w:type="dxa"/>
              <w:left w:w="75" w:type="dxa"/>
              <w:bottom w:w="65" w:type="dxa"/>
              <w:right w:w="75" w:type="dxa"/>
            </w:tcMar>
            <w:vAlign w:val="center"/>
          </w:tcPr>
          <w:p w14:paraId="1914FE63" w14:textId="77777777" w:rsidR="00ED5A80" w:rsidRDefault="00ED5A80" w:rsidP="00AF6E39">
            <w:pPr>
              <w:spacing w:after="0"/>
            </w:pPr>
            <w:r>
              <w:rPr>
                <w:rFonts w:ascii="Arial" w:hAnsi="Arial"/>
                <w:sz w:val="16"/>
              </w:rPr>
              <w:t>☐</w:t>
            </w:r>
          </w:p>
        </w:tc>
        <w:tc>
          <w:tcPr>
            <w:tcW w:w="3096" w:type="dxa"/>
            <w:shd w:val="clear" w:color="auto" w:fill="F2F4F5"/>
            <w:tcMar>
              <w:top w:w="65" w:type="dxa"/>
              <w:left w:w="75" w:type="dxa"/>
              <w:bottom w:w="65" w:type="dxa"/>
              <w:right w:w="75" w:type="dxa"/>
            </w:tcMar>
            <w:vAlign w:val="center"/>
          </w:tcPr>
          <w:p w14:paraId="556FE9DA" w14:textId="77777777" w:rsidR="00ED5A80" w:rsidRDefault="00ED5A80" w:rsidP="00AF6E39">
            <w:pPr>
              <w:spacing w:after="0"/>
            </w:pPr>
          </w:p>
        </w:tc>
      </w:tr>
      <w:tr w:rsidR="00ED5A80" w14:paraId="3479453E" w14:textId="77777777" w:rsidTr="00AF6E39">
        <w:trPr>
          <w:jc w:val="center"/>
        </w:trPr>
        <w:tc>
          <w:tcPr>
            <w:tcW w:w="6048" w:type="dxa"/>
            <w:tcMar>
              <w:top w:w="65" w:type="dxa"/>
              <w:left w:w="75" w:type="dxa"/>
              <w:bottom w:w="65" w:type="dxa"/>
              <w:right w:w="75" w:type="dxa"/>
            </w:tcMar>
            <w:vAlign w:val="center"/>
          </w:tcPr>
          <w:p w14:paraId="4908A818" w14:textId="77777777" w:rsidR="00ED5A80" w:rsidRDefault="00ED5A80" w:rsidP="00AF6E39">
            <w:pPr>
              <w:spacing w:after="0"/>
            </w:pPr>
            <w:r>
              <w:rPr>
                <w:rFonts w:ascii="Arial" w:hAnsi="Arial"/>
                <w:sz w:val="16"/>
              </w:rPr>
              <w:t>Every cost linked to project delivery</w:t>
            </w:r>
          </w:p>
        </w:tc>
        <w:tc>
          <w:tcPr>
            <w:tcW w:w="1080" w:type="dxa"/>
            <w:tcMar>
              <w:top w:w="65" w:type="dxa"/>
              <w:left w:w="75" w:type="dxa"/>
              <w:bottom w:w="65" w:type="dxa"/>
              <w:right w:w="75" w:type="dxa"/>
            </w:tcMar>
            <w:vAlign w:val="center"/>
          </w:tcPr>
          <w:p w14:paraId="6C257037" w14:textId="77777777" w:rsidR="00ED5A80" w:rsidRDefault="00ED5A80" w:rsidP="00AF6E39">
            <w:pPr>
              <w:spacing w:after="0"/>
            </w:pPr>
            <w:r>
              <w:rPr>
                <w:rFonts w:ascii="Arial" w:hAnsi="Arial"/>
                <w:sz w:val="16"/>
              </w:rPr>
              <w:t>☐</w:t>
            </w:r>
          </w:p>
        </w:tc>
        <w:tc>
          <w:tcPr>
            <w:tcW w:w="3096" w:type="dxa"/>
            <w:tcMar>
              <w:top w:w="65" w:type="dxa"/>
              <w:left w:w="75" w:type="dxa"/>
              <w:bottom w:w="65" w:type="dxa"/>
              <w:right w:w="75" w:type="dxa"/>
            </w:tcMar>
            <w:vAlign w:val="center"/>
          </w:tcPr>
          <w:p w14:paraId="734EE377" w14:textId="77777777" w:rsidR="00ED5A80" w:rsidRDefault="00ED5A80" w:rsidP="00AF6E39">
            <w:pPr>
              <w:spacing w:after="0"/>
            </w:pPr>
          </w:p>
        </w:tc>
      </w:tr>
      <w:tr w:rsidR="00ED5A80" w14:paraId="7977EB2B" w14:textId="77777777" w:rsidTr="00AF6E39">
        <w:trPr>
          <w:jc w:val="center"/>
        </w:trPr>
        <w:tc>
          <w:tcPr>
            <w:tcW w:w="6048" w:type="dxa"/>
            <w:shd w:val="clear" w:color="auto" w:fill="F2F4F5"/>
            <w:tcMar>
              <w:top w:w="65" w:type="dxa"/>
              <w:left w:w="75" w:type="dxa"/>
              <w:bottom w:w="65" w:type="dxa"/>
              <w:right w:w="75" w:type="dxa"/>
            </w:tcMar>
            <w:vAlign w:val="center"/>
          </w:tcPr>
          <w:p w14:paraId="2B621C7D" w14:textId="77777777" w:rsidR="00ED5A80" w:rsidRDefault="00ED5A80" w:rsidP="00AF6E39">
            <w:pPr>
              <w:spacing w:after="0"/>
            </w:pPr>
            <w:r>
              <w:rPr>
                <w:rFonts w:ascii="Arial" w:hAnsi="Arial"/>
                <w:sz w:val="16"/>
              </w:rPr>
              <w:t>Budget total matches the application request</w:t>
            </w:r>
          </w:p>
        </w:tc>
        <w:tc>
          <w:tcPr>
            <w:tcW w:w="1080" w:type="dxa"/>
            <w:shd w:val="clear" w:color="auto" w:fill="F2F4F5"/>
            <w:tcMar>
              <w:top w:w="65" w:type="dxa"/>
              <w:left w:w="75" w:type="dxa"/>
              <w:bottom w:w="65" w:type="dxa"/>
              <w:right w:w="75" w:type="dxa"/>
            </w:tcMar>
            <w:vAlign w:val="center"/>
          </w:tcPr>
          <w:p w14:paraId="6DEBAD64" w14:textId="77777777" w:rsidR="00ED5A80" w:rsidRDefault="00ED5A80" w:rsidP="00AF6E39">
            <w:pPr>
              <w:spacing w:after="0"/>
            </w:pPr>
            <w:r>
              <w:rPr>
                <w:rFonts w:ascii="Arial" w:hAnsi="Arial"/>
                <w:sz w:val="16"/>
              </w:rPr>
              <w:t>☐</w:t>
            </w:r>
          </w:p>
        </w:tc>
        <w:tc>
          <w:tcPr>
            <w:tcW w:w="3096" w:type="dxa"/>
            <w:shd w:val="clear" w:color="auto" w:fill="F2F4F5"/>
            <w:tcMar>
              <w:top w:w="65" w:type="dxa"/>
              <w:left w:w="75" w:type="dxa"/>
              <w:bottom w:w="65" w:type="dxa"/>
              <w:right w:w="75" w:type="dxa"/>
            </w:tcMar>
            <w:vAlign w:val="center"/>
          </w:tcPr>
          <w:p w14:paraId="0567C832" w14:textId="77777777" w:rsidR="00ED5A80" w:rsidRDefault="00ED5A80" w:rsidP="00AF6E39">
            <w:pPr>
              <w:spacing w:after="0"/>
            </w:pPr>
          </w:p>
        </w:tc>
      </w:tr>
    </w:tbl>
    <w:p w14:paraId="0885DBFE" w14:textId="77777777" w:rsidR="00ED5A80" w:rsidRDefault="00ED5A80" w:rsidP="00ED5A80">
      <w:pPr>
        <w:pStyle w:val="Heading2"/>
      </w:pPr>
      <w:r>
        <w:t>13. Full application review</w:t>
      </w:r>
    </w:p>
    <w:p w14:paraId="12554D0F" w14:textId="77777777" w:rsidR="00ED5A80" w:rsidRDefault="00ED5A80" w:rsidP="00FD40A7">
      <w:pPr>
        <w:pStyle w:val="ListBullet"/>
        <w:numPr>
          <w:ilvl w:val="0"/>
          <w:numId w:val="0"/>
        </w:numPr>
        <w:tabs>
          <w:tab w:val="num" w:pos="360"/>
        </w:tabs>
        <w:spacing w:after="20"/>
      </w:pPr>
      <w:r>
        <w:t>☐ Employment and training arrangements are confirmed or clearly scheduled for confirmation.</w:t>
      </w:r>
    </w:p>
    <w:p w14:paraId="6D79EB40" w14:textId="77777777" w:rsidR="00ED5A80" w:rsidRDefault="00ED5A80" w:rsidP="00FD40A7">
      <w:pPr>
        <w:pStyle w:val="ListBullet"/>
        <w:numPr>
          <w:ilvl w:val="0"/>
          <w:numId w:val="0"/>
        </w:numPr>
        <w:tabs>
          <w:tab w:val="num" w:pos="360"/>
        </w:tabs>
        <w:spacing w:after="20"/>
      </w:pPr>
      <w:r>
        <w:t>☐ Partner roles are clear.</w:t>
      </w:r>
    </w:p>
    <w:p w14:paraId="7942D5EE" w14:textId="77777777" w:rsidR="00ED5A80" w:rsidRDefault="00ED5A80" w:rsidP="00FD40A7">
      <w:pPr>
        <w:pStyle w:val="ListBullet"/>
        <w:numPr>
          <w:ilvl w:val="0"/>
          <w:numId w:val="0"/>
        </w:numPr>
        <w:tabs>
          <w:tab w:val="num" w:pos="360"/>
        </w:tabs>
        <w:spacing w:after="20"/>
      </w:pPr>
      <w:r>
        <w:t>☐ The support model is practical and culturally safe.</w:t>
      </w:r>
    </w:p>
    <w:p w14:paraId="14160A05" w14:textId="77777777" w:rsidR="00ED5A80" w:rsidRDefault="00ED5A80" w:rsidP="00FD40A7">
      <w:pPr>
        <w:pStyle w:val="ListBullet"/>
        <w:numPr>
          <w:ilvl w:val="0"/>
          <w:numId w:val="0"/>
        </w:numPr>
        <w:tabs>
          <w:tab w:val="num" w:pos="360"/>
        </w:tabs>
        <w:spacing w:after="20"/>
      </w:pPr>
      <w:r>
        <w:t>☐ The project plan is realistic.</w:t>
      </w:r>
    </w:p>
    <w:p w14:paraId="2C8B0D5A" w14:textId="77777777" w:rsidR="00ED5A80" w:rsidRDefault="00ED5A80" w:rsidP="00FD40A7">
      <w:pPr>
        <w:pStyle w:val="ListBullet"/>
        <w:numPr>
          <w:ilvl w:val="0"/>
          <w:numId w:val="0"/>
        </w:numPr>
        <w:tabs>
          <w:tab w:val="num" w:pos="360"/>
        </w:tabs>
        <w:spacing w:after="20"/>
      </w:pPr>
      <w:r>
        <w:t>☐ The detailed budget is supported and represents value for money.</w:t>
      </w:r>
    </w:p>
    <w:p w14:paraId="6D8BFDA0" w14:textId="77777777" w:rsidR="00ED5A80" w:rsidRDefault="00ED5A80" w:rsidP="00FD40A7">
      <w:pPr>
        <w:pStyle w:val="ListBullet"/>
        <w:numPr>
          <w:ilvl w:val="0"/>
          <w:numId w:val="0"/>
        </w:numPr>
        <w:tabs>
          <w:tab w:val="num" w:pos="360"/>
        </w:tabs>
        <w:spacing w:after="20"/>
      </w:pPr>
      <w:r>
        <w:t>☐ The pathway to ongoing employment or progression is clear.</w:t>
      </w:r>
    </w:p>
    <w:p w14:paraId="2E8DCB5A" w14:textId="77777777" w:rsidR="00ED5A80" w:rsidRDefault="00ED5A80" w:rsidP="00FD40A7">
      <w:pPr>
        <w:pStyle w:val="ListBullet"/>
        <w:numPr>
          <w:ilvl w:val="0"/>
          <w:numId w:val="0"/>
        </w:numPr>
        <w:tabs>
          <w:tab w:val="num" w:pos="360"/>
        </w:tabs>
        <w:spacing w:after="20"/>
      </w:pPr>
      <w:r>
        <w:t>☐ Required documents are attached.</w:t>
      </w:r>
    </w:p>
    <w:p w14:paraId="35AA753F" w14:textId="4C4CCD25" w:rsidR="00ED5A80" w:rsidRDefault="00ED5A80" w:rsidP="005862C6">
      <w:pPr>
        <w:spacing w:after="80"/>
      </w:pPr>
      <w:r w:rsidRPr="00FD40A7">
        <w:rPr>
          <w:rFonts w:ascii="Segoe UI Symbol" w:eastAsiaTheme="minorEastAsia" w:hAnsi="Segoe UI Symbol" w:cs="Segoe UI Symbol"/>
          <w:bCs w:val="0"/>
          <w:iCs w:val="0"/>
          <w:color w:val="111111"/>
          <w:sz w:val="21"/>
          <w:lang w:val="en-US"/>
        </w:rPr>
        <w:t>☐</w:t>
      </w:r>
      <w:r w:rsidRPr="00FD40A7">
        <w:rPr>
          <w:rFonts w:ascii="Arial" w:eastAsiaTheme="minorEastAsia" w:hAnsi="Arial" w:cstheme="minorBidi"/>
          <w:bCs w:val="0"/>
          <w:iCs w:val="0"/>
          <w:color w:val="111111"/>
          <w:sz w:val="21"/>
          <w:lang w:val="en-US"/>
        </w:rPr>
        <w:t xml:space="preserve"> An authorised officer has approved submission.</w:t>
      </w:r>
      <w:r>
        <w:br w:type="page"/>
      </w:r>
      <w:r w:rsidRPr="005862C6">
        <w:rPr>
          <w:rFonts w:ascii="Montserrat SemiBold" w:eastAsiaTheme="majorEastAsia" w:hAnsi="Montserrat SemiBold" w:cstheme="majorBidi"/>
          <w:bCs w:val="0"/>
          <w:iCs w:val="0"/>
          <w:color w:val="6E46E0"/>
          <w:sz w:val="36"/>
          <w:szCs w:val="36"/>
        </w:rPr>
        <w:lastRenderedPageBreak/>
        <w:t>Program support</w:t>
      </w:r>
    </w:p>
    <w:tbl>
      <w:tblPr>
        <w:tblW w:w="0" w:type="auto"/>
        <w:jc w:val="center"/>
        <w:tblLook w:val="04A0" w:firstRow="1" w:lastRow="0" w:firstColumn="1" w:lastColumn="0" w:noHBand="0" w:noVBand="1"/>
      </w:tblPr>
      <w:tblGrid>
        <w:gridCol w:w="9746"/>
      </w:tblGrid>
      <w:tr w:rsidR="00ED5A80" w14:paraId="078E4F15" w14:textId="77777777" w:rsidTr="00AF6E39">
        <w:trPr>
          <w:tblHeader/>
          <w:jc w:val="center"/>
        </w:trPr>
        <w:tc>
          <w:tcPr>
            <w:tcW w:w="10368" w:type="dxa"/>
            <w:shd w:val="clear" w:color="auto" w:fill="EAF1F3"/>
            <w:tcMar>
              <w:top w:w="120" w:type="dxa"/>
              <w:left w:w="140" w:type="dxa"/>
              <w:bottom w:w="120" w:type="dxa"/>
              <w:right w:w="140" w:type="dxa"/>
            </w:tcMar>
          </w:tcPr>
          <w:p w14:paraId="6760CC66" w14:textId="77777777" w:rsidR="00ED5A80" w:rsidRDefault="00ED5A80" w:rsidP="00AF6E39">
            <w:r>
              <w:rPr>
                <w:b/>
                <w:color w:val="17365D"/>
              </w:rPr>
              <w:t>Skills Canberra Grants and Projects Team</w:t>
            </w:r>
            <w:r>
              <w:rPr>
                <w:b/>
                <w:color w:val="17365D"/>
              </w:rPr>
              <w:br/>
            </w:r>
            <w:r>
              <w:t>Phone: 6205 4006</w:t>
            </w:r>
            <w:r>
              <w:br/>
              <w:t>Email: skills.projects@act.gov.au</w:t>
            </w:r>
          </w:p>
        </w:tc>
      </w:tr>
      <w:bookmarkEnd w:id="0"/>
    </w:tbl>
    <w:p w14:paraId="3F13D6AE" w14:textId="77777777" w:rsidR="0004751B" w:rsidRDefault="0004751B" w:rsidP="005862C6">
      <w:pPr>
        <w:pStyle w:val="Heading1"/>
      </w:pPr>
    </w:p>
    <w:sectPr w:rsidR="0004751B" w:rsidSect="005862C6">
      <w:footerReference w:type="first" r:id="rId14"/>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18561" w14:textId="77777777" w:rsidR="00372DC4" w:rsidRDefault="00372DC4" w:rsidP="00BA666E">
      <w:r>
        <w:separator/>
      </w:r>
    </w:p>
  </w:endnote>
  <w:endnote w:type="continuationSeparator" w:id="0">
    <w:p w14:paraId="5B524458" w14:textId="77777777" w:rsidR="00372DC4" w:rsidRDefault="00372DC4" w:rsidP="00BA666E">
      <w:r>
        <w:continuationSeparator/>
      </w:r>
    </w:p>
  </w:endnote>
  <w:endnote w:type="continuationNotice" w:id="1">
    <w:p w14:paraId="7E2CAF93" w14:textId="77777777" w:rsidR="00372DC4" w:rsidRDefault="00372DC4" w:rsidP="00BA66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SemiBold">
    <w:panose1 w:val="000007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4900152"/>
      <w:docPartObj>
        <w:docPartGallery w:val="Page Numbers (Bottom of Page)"/>
        <w:docPartUnique/>
      </w:docPartObj>
    </w:sdtPr>
    <w:sdtEndPr>
      <w:rPr>
        <w:noProof/>
      </w:rPr>
    </w:sdtEndPr>
    <w:sdtContent>
      <w:p w14:paraId="5A0074D0" w14:textId="4E7A8E37" w:rsidR="00465A59" w:rsidRDefault="00465A59">
        <w:pPr>
          <w:pStyle w:val="Footer"/>
        </w:pPr>
        <w:r>
          <w:fldChar w:fldCharType="begin"/>
        </w:r>
        <w:r>
          <w:instrText xml:space="preserve"> PAGE   \* MERGEFORMAT </w:instrText>
        </w:r>
        <w:r>
          <w:fldChar w:fldCharType="separate"/>
        </w:r>
        <w:r>
          <w:rPr>
            <w:noProof/>
          </w:rPr>
          <w:t>2</w:t>
        </w:r>
        <w:r>
          <w:rPr>
            <w:noProof/>
          </w:rPr>
          <w:fldChar w:fldCharType="end"/>
        </w:r>
      </w:p>
    </w:sdtContent>
  </w:sdt>
  <w:p w14:paraId="6BB5FD1B" w14:textId="77777777" w:rsidR="00130E34" w:rsidRPr="003A0EC4" w:rsidRDefault="00130E34" w:rsidP="000943E9">
    <w:pPr>
      <w:pStyle w:val="Footer"/>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30D34" w14:textId="77777777" w:rsidR="00372DC4" w:rsidRDefault="00372DC4" w:rsidP="00BA666E">
      <w:r>
        <w:separator/>
      </w:r>
    </w:p>
  </w:footnote>
  <w:footnote w:type="continuationSeparator" w:id="0">
    <w:p w14:paraId="5BE1B050" w14:textId="77777777" w:rsidR="00372DC4" w:rsidRDefault="00372DC4" w:rsidP="00BA666E">
      <w:r>
        <w:continuationSeparator/>
      </w:r>
    </w:p>
  </w:footnote>
  <w:footnote w:type="continuationNotice" w:id="1">
    <w:p w14:paraId="3613BDFB" w14:textId="77777777" w:rsidR="00372DC4" w:rsidRDefault="00372DC4" w:rsidP="00BA666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8587B"/>
    <w:multiLevelType w:val="hybridMultilevel"/>
    <w:tmpl w:val="EE5E4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0E3DA1"/>
    <w:multiLevelType w:val="hybridMultilevel"/>
    <w:tmpl w:val="5CFED3C4"/>
    <w:lvl w:ilvl="0" w:tplc="B97C7E2E">
      <w:start w:val="1"/>
      <w:numFmt w:val="lowerLetter"/>
      <w:pStyle w:val="Bulletalph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8B047D8"/>
    <w:multiLevelType w:val="hybridMultilevel"/>
    <w:tmpl w:val="B88C856E"/>
    <w:lvl w:ilvl="0" w:tplc="64D0DA9A">
      <w:start w:val="1"/>
      <w:numFmt w:val="bullet"/>
      <w:pStyle w:val="Bullet2"/>
      <w:lvlText w:val="­"/>
      <w:lvlJc w:val="left"/>
      <w:pPr>
        <w:ind w:left="1003" w:hanging="360"/>
      </w:pPr>
      <w:rPr>
        <w:rFonts w:ascii="Courier New" w:hAnsi="Courier New"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12" w15:restartNumberingAfterBreak="0">
    <w:nsid w:val="220F418A"/>
    <w:multiLevelType w:val="hybridMultilevel"/>
    <w:tmpl w:val="D646B272"/>
    <w:lvl w:ilvl="0" w:tplc="2F5E9A0E">
      <w:start w:val="1"/>
      <w:numFmt w:val="bullet"/>
      <w:pStyle w:val="Bullet1"/>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9700E5"/>
    <w:multiLevelType w:val="hybridMultilevel"/>
    <w:tmpl w:val="E8E2D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9E23D8"/>
    <w:multiLevelType w:val="hybridMultilevel"/>
    <w:tmpl w:val="0EB0F7D0"/>
    <w:lvl w:ilvl="0" w:tplc="8EB671A0">
      <w:start w:val="1"/>
      <w:numFmt w:val="lowerRoman"/>
      <w:pStyle w:val="Bullet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07C5CB7"/>
    <w:multiLevelType w:val="multilevel"/>
    <w:tmpl w:val="3498F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5A5515"/>
    <w:multiLevelType w:val="hybridMultilevel"/>
    <w:tmpl w:val="01C8D7E2"/>
    <w:lvl w:ilvl="0" w:tplc="9AAC3924">
      <w:start w:val="1"/>
      <w:numFmt w:val="decimal"/>
      <w:pStyle w:val="Bullet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81472229">
    <w:abstractNumId w:val="12"/>
  </w:num>
  <w:num w:numId="2" w16cid:durableId="863640098">
    <w:abstractNumId w:val="11"/>
  </w:num>
  <w:num w:numId="3" w16cid:durableId="1678847481">
    <w:abstractNumId w:val="16"/>
  </w:num>
  <w:num w:numId="4" w16cid:durableId="1249928375">
    <w:abstractNumId w:val="10"/>
  </w:num>
  <w:num w:numId="5" w16cid:durableId="1519275277">
    <w:abstractNumId w:val="14"/>
  </w:num>
  <w:num w:numId="6" w16cid:durableId="1329359717">
    <w:abstractNumId w:val="9"/>
  </w:num>
  <w:num w:numId="7" w16cid:durableId="1328482827">
    <w:abstractNumId w:val="15"/>
  </w:num>
  <w:num w:numId="8" w16cid:durableId="1225219295">
    <w:abstractNumId w:val="13"/>
  </w:num>
  <w:num w:numId="9" w16cid:durableId="1520318138">
    <w:abstractNumId w:val="8"/>
  </w:num>
  <w:num w:numId="10" w16cid:durableId="423498578">
    <w:abstractNumId w:val="6"/>
  </w:num>
  <w:num w:numId="11" w16cid:durableId="1969697777">
    <w:abstractNumId w:val="5"/>
  </w:num>
  <w:num w:numId="12" w16cid:durableId="1462460000">
    <w:abstractNumId w:val="4"/>
  </w:num>
  <w:num w:numId="13" w16cid:durableId="870606320">
    <w:abstractNumId w:val="7"/>
  </w:num>
  <w:num w:numId="14" w16cid:durableId="1068646644">
    <w:abstractNumId w:val="3"/>
  </w:num>
  <w:num w:numId="15" w16cid:durableId="144401413">
    <w:abstractNumId w:val="2"/>
  </w:num>
  <w:num w:numId="16" w16cid:durableId="996035965">
    <w:abstractNumId w:val="1"/>
  </w:num>
  <w:num w:numId="17" w16cid:durableId="31349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640"/>
    <w:rsid w:val="000021F9"/>
    <w:rsid w:val="000138B7"/>
    <w:rsid w:val="00017463"/>
    <w:rsid w:val="00032711"/>
    <w:rsid w:val="00043FC5"/>
    <w:rsid w:val="00045B32"/>
    <w:rsid w:val="0004751B"/>
    <w:rsid w:val="00056DA7"/>
    <w:rsid w:val="000573FF"/>
    <w:rsid w:val="00071A0B"/>
    <w:rsid w:val="00072B6E"/>
    <w:rsid w:val="00075396"/>
    <w:rsid w:val="000943E9"/>
    <w:rsid w:val="000A1CC3"/>
    <w:rsid w:val="000C32D9"/>
    <w:rsid w:val="000C75FA"/>
    <w:rsid w:val="000D3B4B"/>
    <w:rsid w:val="000E3666"/>
    <w:rsid w:val="000E41A4"/>
    <w:rsid w:val="000F4E35"/>
    <w:rsid w:val="000F63A1"/>
    <w:rsid w:val="00105DB1"/>
    <w:rsid w:val="001101F1"/>
    <w:rsid w:val="0011323F"/>
    <w:rsid w:val="00114DF0"/>
    <w:rsid w:val="001169FA"/>
    <w:rsid w:val="00121970"/>
    <w:rsid w:val="001227E9"/>
    <w:rsid w:val="00126288"/>
    <w:rsid w:val="001276CE"/>
    <w:rsid w:val="00130E34"/>
    <w:rsid w:val="00131548"/>
    <w:rsid w:val="00147A01"/>
    <w:rsid w:val="0015372A"/>
    <w:rsid w:val="00163361"/>
    <w:rsid w:val="0017244C"/>
    <w:rsid w:val="00180F44"/>
    <w:rsid w:val="00194682"/>
    <w:rsid w:val="00195522"/>
    <w:rsid w:val="001A0533"/>
    <w:rsid w:val="001A1860"/>
    <w:rsid w:val="001A196B"/>
    <w:rsid w:val="001A46DA"/>
    <w:rsid w:val="001D1A8A"/>
    <w:rsid w:val="001E46D9"/>
    <w:rsid w:val="001E49B4"/>
    <w:rsid w:val="001E5336"/>
    <w:rsid w:val="001E7A46"/>
    <w:rsid w:val="001F0E49"/>
    <w:rsid w:val="001F3F43"/>
    <w:rsid w:val="001F4642"/>
    <w:rsid w:val="002014E5"/>
    <w:rsid w:val="002038A1"/>
    <w:rsid w:val="00210F5B"/>
    <w:rsid w:val="0021648A"/>
    <w:rsid w:val="00220F2F"/>
    <w:rsid w:val="00227139"/>
    <w:rsid w:val="0023477E"/>
    <w:rsid w:val="0027032B"/>
    <w:rsid w:val="00283AF1"/>
    <w:rsid w:val="00285BFF"/>
    <w:rsid w:val="00295B52"/>
    <w:rsid w:val="002A2615"/>
    <w:rsid w:val="002C178B"/>
    <w:rsid w:val="002C3D46"/>
    <w:rsid w:val="002D6F66"/>
    <w:rsid w:val="002E06F6"/>
    <w:rsid w:val="002E143D"/>
    <w:rsid w:val="002E3252"/>
    <w:rsid w:val="002F4476"/>
    <w:rsid w:val="002F60F1"/>
    <w:rsid w:val="00302778"/>
    <w:rsid w:val="0031324D"/>
    <w:rsid w:val="00322377"/>
    <w:rsid w:val="00325F58"/>
    <w:rsid w:val="003339AA"/>
    <w:rsid w:val="00353170"/>
    <w:rsid w:val="003559D5"/>
    <w:rsid w:val="0035775E"/>
    <w:rsid w:val="003665D7"/>
    <w:rsid w:val="003712A0"/>
    <w:rsid w:val="00372DC4"/>
    <w:rsid w:val="003743D5"/>
    <w:rsid w:val="003749E3"/>
    <w:rsid w:val="003A0EC4"/>
    <w:rsid w:val="003B17D1"/>
    <w:rsid w:val="003C4C7F"/>
    <w:rsid w:val="003C6195"/>
    <w:rsid w:val="003C6E6B"/>
    <w:rsid w:val="003D0BDE"/>
    <w:rsid w:val="003E595C"/>
    <w:rsid w:val="004026F8"/>
    <w:rsid w:val="00416EFE"/>
    <w:rsid w:val="00417198"/>
    <w:rsid w:val="004231BA"/>
    <w:rsid w:val="004402A8"/>
    <w:rsid w:val="004506A6"/>
    <w:rsid w:val="0045223D"/>
    <w:rsid w:val="004558DD"/>
    <w:rsid w:val="00465A59"/>
    <w:rsid w:val="00472915"/>
    <w:rsid w:val="004752B9"/>
    <w:rsid w:val="004831DE"/>
    <w:rsid w:val="004843E6"/>
    <w:rsid w:val="004953D0"/>
    <w:rsid w:val="00495CD4"/>
    <w:rsid w:val="004A1C59"/>
    <w:rsid w:val="004B0A3E"/>
    <w:rsid w:val="004C01FE"/>
    <w:rsid w:val="004E438E"/>
    <w:rsid w:val="005002B7"/>
    <w:rsid w:val="00503A78"/>
    <w:rsid w:val="00512417"/>
    <w:rsid w:val="00514AD5"/>
    <w:rsid w:val="00515FE1"/>
    <w:rsid w:val="00516807"/>
    <w:rsid w:val="00533AD3"/>
    <w:rsid w:val="005364A6"/>
    <w:rsid w:val="005513FB"/>
    <w:rsid w:val="00564B0F"/>
    <w:rsid w:val="005661AC"/>
    <w:rsid w:val="00583156"/>
    <w:rsid w:val="00583E2D"/>
    <w:rsid w:val="00584105"/>
    <w:rsid w:val="005862C6"/>
    <w:rsid w:val="00586CB5"/>
    <w:rsid w:val="00594640"/>
    <w:rsid w:val="00597E8D"/>
    <w:rsid w:val="005B1482"/>
    <w:rsid w:val="005B397B"/>
    <w:rsid w:val="005C5584"/>
    <w:rsid w:val="005C6251"/>
    <w:rsid w:val="005E0121"/>
    <w:rsid w:val="005E07C4"/>
    <w:rsid w:val="005E5EF9"/>
    <w:rsid w:val="005F3493"/>
    <w:rsid w:val="00603153"/>
    <w:rsid w:val="00607FEE"/>
    <w:rsid w:val="00612E15"/>
    <w:rsid w:val="00622545"/>
    <w:rsid w:val="006509AC"/>
    <w:rsid w:val="006704CD"/>
    <w:rsid w:val="00671152"/>
    <w:rsid w:val="006723B6"/>
    <w:rsid w:val="006844FF"/>
    <w:rsid w:val="006A7C35"/>
    <w:rsid w:val="006C0D59"/>
    <w:rsid w:val="006C3418"/>
    <w:rsid w:val="006E16B2"/>
    <w:rsid w:val="006E4B42"/>
    <w:rsid w:val="006F10E4"/>
    <w:rsid w:val="006F4F0D"/>
    <w:rsid w:val="006F7B6E"/>
    <w:rsid w:val="007012DE"/>
    <w:rsid w:val="007079AD"/>
    <w:rsid w:val="00710809"/>
    <w:rsid w:val="00711297"/>
    <w:rsid w:val="00724855"/>
    <w:rsid w:val="00734C98"/>
    <w:rsid w:val="00743D7F"/>
    <w:rsid w:val="007459AE"/>
    <w:rsid w:val="00745A04"/>
    <w:rsid w:val="00752358"/>
    <w:rsid w:val="00761D75"/>
    <w:rsid w:val="00767285"/>
    <w:rsid w:val="00770D48"/>
    <w:rsid w:val="007738CD"/>
    <w:rsid w:val="00785A0C"/>
    <w:rsid w:val="00787E73"/>
    <w:rsid w:val="007A0BAB"/>
    <w:rsid w:val="007B27EC"/>
    <w:rsid w:val="007B32AC"/>
    <w:rsid w:val="007C559C"/>
    <w:rsid w:val="007D1023"/>
    <w:rsid w:val="007D4E6D"/>
    <w:rsid w:val="007F62CD"/>
    <w:rsid w:val="007F7E8B"/>
    <w:rsid w:val="00805F12"/>
    <w:rsid w:val="00807655"/>
    <w:rsid w:val="00813BDB"/>
    <w:rsid w:val="00816C66"/>
    <w:rsid w:val="00822FBC"/>
    <w:rsid w:val="008470E7"/>
    <w:rsid w:val="00847159"/>
    <w:rsid w:val="008525C2"/>
    <w:rsid w:val="0085272F"/>
    <w:rsid w:val="00855B90"/>
    <w:rsid w:val="0085734C"/>
    <w:rsid w:val="008601E6"/>
    <w:rsid w:val="00866BF9"/>
    <w:rsid w:val="00880393"/>
    <w:rsid w:val="00880B2B"/>
    <w:rsid w:val="0088750D"/>
    <w:rsid w:val="008A2BE1"/>
    <w:rsid w:val="008A3F5C"/>
    <w:rsid w:val="008B436A"/>
    <w:rsid w:val="008F21DA"/>
    <w:rsid w:val="00903D92"/>
    <w:rsid w:val="00906D82"/>
    <w:rsid w:val="00910645"/>
    <w:rsid w:val="00930293"/>
    <w:rsid w:val="00930AD3"/>
    <w:rsid w:val="00936EA2"/>
    <w:rsid w:val="00946B0A"/>
    <w:rsid w:val="0094718B"/>
    <w:rsid w:val="00950576"/>
    <w:rsid w:val="009551AA"/>
    <w:rsid w:val="009572B8"/>
    <w:rsid w:val="00963A4E"/>
    <w:rsid w:val="00965D9A"/>
    <w:rsid w:val="009724C2"/>
    <w:rsid w:val="009749C2"/>
    <w:rsid w:val="009842EF"/>
    <w:rsid w:val="00984901"/>
    <w:rsid w:val="009A042F"/>
    <w:rsid w:val="009A302D"/>
    <w:rsid w:val="009A6416"/>
    <w:rsid w:val="009D23FF"/>
    <w:rsid w:val="009D6BF6"/>
    <w:rsid w:val="00A05C5F"/>
    <w:rsid w:val="00A12E1A"/>
    <w:rsid w:val="00A239B5"/>
    <w:rsid w:val="00A23C4E"/>
    <w:rsid w:val="00A322FF"/>
    <w:rsid w:val="00A32A51"/>
    <w:rsid w:val="00A364A4"/>
    <w:rsid w:val="00A3684B"/>
    <w:rsid w:val="00A47127"/>
    <w:rsid w:val="00A53BB3"/>
    <w:rsid w:val="00A62731"/>
    <w:rsid w:val="00A720D7"/>
    <w:rsid w:val="00A75673"/>
    <w:rsid w:val="00A81F78"/>
    <w:rsid w:val="00A90282"/>
    <w:rsid w:val="00A91C13"/>
    <w:rsid w:val="00AB1501"/>
    <w:rsid w:val="00AC1F14"/>
    <w:rsid w:val="00AD3D3C"/>
    <w:rsid w:val="00AE09C7"/>
    <w:rsid w:val="00AE3A47"/>
    <w:rsid w:val="00AE56C7"/>
    <w:rsid w:val="00AE7125"/>
    <w:rsid w:val="00AF6E39"/>
    <w:rsid w:val="00B000A2"/>
    <w:rsid w:val="00B01334"/>
    <w:rsid w:val="00B14E15"/>
    <w:rsid w:val="00B26CAD"/>
    <w:rsid w:val="00B328CF"/>
    <w:rsid w:val="00B46ADB"/>
    <w:rsid w:val="00B505B1"/>
    <w:rsid w:val="00B55602"/>
    <w:rsid w:val="00B572A8"/>
    <w:rsid w:val="00B61BDD"/>
    <w:rsid w:val="00B762DF"/>
    <w:rsid w:val="00B84320"/>
    <w:rsid w:val="00B863D6"/>
    <w:rsid w:val="00B8686E"/>
    <w:rsid w:val="00B9531B"/>
    <w:rsid w:val="00BA2369"/>
    <w:rsid w:val="00BA60DA"/>
    <w:rsid w:val="00BA666E"/>
    <w:rsid w:val="00BB4077"/>
    <w:rsid w:val="00BC2CBE"/>
    <w:rsid w:val="00BD00BD"/>
    <w:rsid w:val="00BD7553"/>
    <w:rsid w:val="00BE463F"/>
    <w:rsid w:val="00C1628F"/>
    <w:rsid w:val="00C2107B"/>
    <w:rsid w:val="00C249B1"/>
    <w:rsid w:val="00C27448"/>
    <w:rsid w:val="00C36E94"/>
    <w:rsid w:val="00C467D2"/>
    <w:rsid w:val="00C52FE1"/>
    <w:rsid w:val="00C65654"/>
    <w:rsid w:val="00C723DB"/>
    <w:rsid w:val="00C80B46"/>
    <w:rsid w:val="00C94431"/>
    <w:rsid w:val="00C94D78"/>
    <w:rsid w:val="00CA41C4"/>
    <w:rsid w:val="00CA79F0"/>
    <w:rsid w:val="00CB3638"/>
    <w:rsid w:val="00CC55B8"/>
    <w:rsid w:val="00CC7D4B"/>
    <w:rsid w:val="00CD4563"/>
    <w:rsid w:val="00CD626F"/>
    <w:rsid w:val="00CD6BC3"/>
    <w:rsid w:val="00CD7F7C"/>
    <w:rsid w:val="00CE2E57"/>
    <w:rsid w:val="00CF1835"/>
    <w:rsid w:val="00D06408"/>
    <w:rsid w:val="00D1645C"/>
    <w:rsid w:val="00D21CE9"/>
    <w:rsid w:val="00D21F8E"/>
    <w:rsid w:val="00D2777E"/>
    <w:rsid w:val="00D31DBA"/>
    <w:rsid w:val="00D408D1"/>
    <w:rsid w:val="00D4159E"/>
    <w:rsid w:val="00D45016"/>
    <w:rsid w:val="00D47A0E"/>
    <w:rsid w:val="00D50158"/>
    <w:rsid w:val="00D60EFC"/>
    <w:rsid w:val="00D71000"/>
    <w:rsid w:val="00D74AC4"/>
    <w:rsid w:val="00D85495"/>
    <w:rsid w:val="00D863B5"/>
    <w:rsid w:val="00D95AD8"/>
    <w:rsid w:val="00DA0084"/>
    <w:rsid w:val="00DC5CDE"/>
    <w:rsid w:val="00DD4B1F"/>
    <w:rsid w:val="00DE0584"/>
    <w:rsid w:val="00DE1B9D"/>
    <w:rsid w:val="00DE2476"/>
    <w:rsid w:val="00E06718"/>
    <w:rsid w:val="00E111C2"/>
    <w:rsid w:val="00E12C16"/>
    <w:rsid w:val="00E140DC"/>
    <w:rsid w:val="00E24E96"/>
    <w:rsid w:val="00E301B8"/>
    <w:rsid w:val="00E33EA0"/>
    <w:rsid w:val="00E35BC8"/>
    <w:rsid w:val="00E50370"/>
    <w:rsid w:val="00E537E4"/>
    <w:rsid w:val="00E60FDC"/>
    <w:rsid w:val="00E6352B"/>
    <w:rsid w:val="00E70021"/>
    <w:rsid w:val="00E77127"/>
    <w:rsid w:val="00E805EC"/>
    <w:rsid w:val="00E846C1"/>
    <w:rsid w:val="00EA3A4E"/>
    <w:rsid w:val="00EA6983"/>
    <w:rsid w:val="00EB3099"/>
    <w:rsid w:val="00EC260A"/>
    <w:rsid w:val="00EC795B"/>
    <w:rsid w:val="00ED5A80"/>
    <w:rsid w:val="00EF1D88"/>
    <w:rsid w:val="00EF5814"/>
    <w:rsid w:val="00F04C54"/>
    <w:rsid w:val="00F11ED4"/>
    <w:rsid w:val="00F2769B"/>
    <w:rsid w:val="00F30E50"/>
    <w:rsid w:val="00F342AE"/>
    <w:rsid w:val="00F36AE2"/>
    <w:rsid w:val="00F412E9"/>
    <w:rsid w:val="00F442BE"/>
    <w:rsid w:val="00F515DF"/>
    <w:rsid w:val="00F52214"/>
    <w:rsid w:val="00F52818"/>
    <w:rsid w:val="00F54D81"/>
    <w:rsid w:val="00F60BA7"/>
    <w:rsid w:val="00F66DDA"/>
    <w:rsid w:val="00F91726"/>
    <w:rsid w:val="00F936C2"/>
    <w:rsid w:val="00F94BCC"/>
    <w:rsid w:val="00FB26FC"/>
    <w:rsid w:val="00FC002C"/>
    <w:rsid w:val="00FC4B10"/>
    <w:rsid w:val="00FC64BA"/>
    <w:rsid w:val="00FD38BD"/>
    <w:rsid w:val="00FD40A7"/>
    <w:rsid w:val="00FE4CE8"/>
    <w:rsid w:val="00FE5BEE"/>
    <w:rsid w:val="00FF6BC0"/>
    <w:rsid w:val="00FF75D4"/>
    <w:rsid w:val="11C6F53C"/>
    <w:rsid w:val="14FCF767"/>
    <w:rsid w:val="18F513B1"/>
    <w:rsid w:val="23702288"/>
    <w:rsid w:val="2559E02E"/>
    <w:rsid w:val="27FCAEE8"/>
    <w:rsid w:val="2D59D9AD"/>
    <w:rsid w:val="34508AD5"/>
    <w:rsid w:val="3DF15719"/>
    <w:rsid w:val="4013A987"/>
    <w:rsid w:val="4908B041"/>
    <w:rsid w:val="50DE4E4A"/>
    <w:rsid w:val="57E42AE3"/>
    <w:rsid w:val="5B329A2A"/>
    <w:rsid w:val="5DAD5B3F"/>
    <w:rsid w:val="681BDF8E"/>
    <w:rsid w:val="721DFAE4"/>
    <w:rsid w:val="7630273D"/>
    <w:rsid w:val="7BEA950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67BDF"/>
  <w15:chartTrackingRefBased/>
  <w15:docId w15:val="{41459487-6FCD-46FB-BA78-2B724E499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66E"/>
    <w:pPr>
      <w:spacing w:before="40" w:after="180"/>
    </w:pPr>
    <w:rPr>
      <w:rFonts w:ascii="Calibri" w:eastAsia="Times New Roman" w:hAnsi="Calibri" w:cstheme="minorHAnsi"/>
      <w:bCs/>
      <w:iCs/>
      <w:kern w:val="0"/>
      <w:sz w:val="22"/>
      <w:szCs w:val="22"/>
      <w14:ligatures w14:val="none"/>
    </w:rPr>
  </w:style>
  <w:style w:type="paragraph" w:styleId="Heading1">
    <w:name w:val="heading 1"/>
    <w:basedOn w:val="Normal"/>
    <w:next w:val="Normal"/>
    <w:link w:val="Heading1Char"/>
    <w:uiPriority w:val="9"/>
    <w:qFormat/>
    <w:rsid w:val="003D0BDE"/>
    <w:pPr>
      <w:keepNext/>
      <w:keepLines/>
      <w:spacing w:before="720" w:after="737"/>
      <w:outlineLvl w:val="0"/>
    </w:pPr>
    <w:rPr>
      <w:rFonts w:ascii="Montserrat" w:eastAsiaTheme="majorEastAsia" w:hAnsi="Montserrat" w:cstheme="majorBidi"/>
      <w:bCs w:val="0"/>
      <w:iCs w:val="0"/>
      <w:color w:val="6E46E0"/>
      <w:sz w:val="62"/>
      <w:szCs w:val="62"/>
    </w:rPr>
  </w:style>
  <w:style w:type="paragraph" w:styleId="Heading2">
    <w:name w:val="heading 2"/>
    <w:basedOn w:val="Normal"/>
    <w:next w:val="Normal"/>
    <w:link w:val="Heading2Char"/>
    <w:uiPriority w:val="9"/>
    <w:unhideWhenUsed/>
    <w:qFormat/>
    <w:rsid w:val="00607FEE"/>
    <w:pPr>
      <w:keepNext/>
      <w:keepLines/>
      <w:spacing w:before="360" w:after="80"/>
      <w:outlineLvl w:val="1"/>
    </w:pPr>
    <w:rPr>
      <w:rFonts w:ascii="Montserrat SemiBold" w:eastAsiaTheme="majorEastAsia" w:hAnsi="Montserrat SemiBold" w:cstheme="majorBidi"/>
      <w:bCs w:val="0"/>
      <w:iCs w:val="0"/>
      <w:color w:val="6E46E0"/>
      <w:sz w:val="36"/>
      <w:szCs w:val="36"/>
    </w:rPr>
  </w:style>
  <w:style w:type="paragraph" w:styleId="Heading3">
    <w:name w:val="heading 3"/>
    <w:basedOn w:val="Normal"/>
    <w:next w:val="Normal"/>
    <w:link w:val="Heading3Char"/>
    <w:uiPriority w:val="9"/>
    <w:unhideWhenUsed/>
    <w:qFormat/>
    <w:rsid w:val="00607FEE"/>
    <w:pPr>
      <w:keepNext/>
      <w:keepLines/>
      <w:spacing w:before="240" w:after="60"/>
      <w:outlineLvl w:val="2"/>
    </w:pPr>
    <w:rPr>
      <w:rFonts w:ascii="Montserrat SemiBold" w:eastAsiaTheme="majorEastAsia" w:hAnsi="Montserrat SemiBold" w:cstheme="majorBidi"/>
      <w:bCs w:val="0"/>
      <w:iCs w:val="0"/>
      <w:color w:val="404040" w:themeColor="text1" w:themeTint="BF"/>
      <w:sz w:val="28"/>
      <w:szCs w:val="28"/>
      <w:lang w:val="en-GB" w:eastAsia="en-AU"/>
    </w:rPr>
  </w:style>
  <w:style w:type="paragraph" w:styleId="Heading4">
    <w:name w:val="heading 4"/>
    <w:basedOn w:val="Normal"/>
    <w:next w:val="Normal"/>
    <w:link w:val="Heading4Char"/>
    <w:uiPriority w:val="9"/>
    <w:unhideWhenUsed/>
    <w:qFormat/>
    <w:rsid w:val="00210F5B"/>
    <w:pPr>
      <w:keepNext/>
      <w:keepLines/>
      <w:spacing w:before="80" w:after="120"/>
      <w:outlineLvl w:val="3"/>
    </w:pPr>
    <w:rPr>
      <w:rFonts w:ascii="Montserrat Medium" w:eastAsiaTheme="majorEastAsia" w:hAnsi="Montserrat Medium" w:cs="Times New Roman (Headings CS)"/>
      <w:bCs w:val="0"/>
      <w:iCs w:val="0"/>
      <w:sz w:val="24"/>
      <w:szCs w:val="24"/>
    </w:rPr>
  </w:style>
  <w:style w:type="paragraph" w:styleId="Heading5">
    <w:name w:val="heading 5"/>
    <w:basedOn w:val="Normal"/>
    <w:next w:val="Normal"/>
    <w:link w:val="Heading5Char"/>
    <w:uiPriority w:val="9"/>
    <w:unhideWhenUsed/>
    <w:qFormat/>
    <w:rsid w:val="00210F5B"/>
    <w:pPr>
      <w:keepNext/>
      <w:keepLines/>
      <w:spacing w:before="120" w:after="120"/>
      <w:outlineLvl w:val="4"/>
    </w:pPr>
    <w:rPr>
      <w:rFonts w:ascii="Montserrat" w:eastAsiaTheme="majorEastAsia" w:hAnsi="Montserrat" w:cstheme="majorBidi"/>
      <w:bCs w:val="0"/>
      <w:iCs w:val="0"/>
    </w:rPr>
  </w:style>
  <w:style w:type="paragraph" w:styleId="Heading6">
    <w:name w:val="heading 6"/>
    <w:basedOn w:val="Normal"/>
    <w:next w:val="Normal"/>
    <w:link w:val="Heading6Char"/>
    <w:uiPriority w:val="9"/>
    <w:unhideWhenUsed/>
    <w:qFormat/>
    <w:rsid w:val="00880B2B"/>
    <w:pPr>
      <w:keepNext/>
      <w:keepLines/>
      <w:spacing w:before="80" w:after="40"/>
      <w:outlineLvl w:val="5"/>
    </w:pPr>
    <w:rPr>
      <w:rFonts w:eastAsiaTheme="majorEastAsia" w:cstheme="majorBidi"/>
      <w:b/>
      <w:bCs w:val="0"/>
    </w:rPr>
  </w:style>
  <w:style w:type="paragraph" w:styleId="Heading7">
    <w:name w:val="heading 7"/>
    <w:basedOn w:val="Normal"/>
    <w:next w:val="Normal"/>
    <w:link w:val="Heading7Char"/>
    <w:uiPriority w:val="9"/>
    <w:semiHidden/>
    <w:unhideWhenUsed/>
    <w:qFormat/>
    <w:rsid w:val="00594640"/>
    <w:pPr>
      <w:keepNext/>
      <w:keepLines/>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640"/>
    <w:pPr>
      <w:keepNext/>
      <w:keepLines/>
      <w:outlineLvl w:val="7"/>
    </w:pPr>
    <w:rPr>
      <w:rFonts w:eastAsiaTheme="majorEastAsia" w:cstheme="majorBidi"/>
      <w:i/>
      <w:iCs w:val="0"/>
      <w:color w:val="272727" w:themeColor="text1" w:themeTint="D8"/>
    </w:rPr>
  </w:style>
  <w:style w:type="paragraph" w:styleId="Heading9">
    <w:name w:val="heading 9"/>
    <w:basedOn w:val="Normal"/>
    <w:next w:val="Normal"/>
    <w:link w:val="Heading9Char"/>
    <w:uiPriority w:val="9"/>
    <w:semiHidden/>
    <w:unhideWhenUsed/>
    <w:qFormat/>
    <w:rsid w:val="005946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BDE"/>
    <w:rPr>
      <w:rFonts w:ascii="Montserrat" w:eastAsiaTheme="majorEastAsia" w:hAnsi="Montserrat" w:cstheme="majorBidi"/>
      <w:color w:val="6E46E0"/>
      <w:kern w:val="0"/>
      <w:sz w:val="62"/>
      <w:szCs w:val="62"/>
      <w14:ligatures w14:val="none"/>
    </w:rPr>
  </w:style>
  <w:style w:type="character" w:customStyle="1" w:styleId="Heading2Char">
    <w:name w:val="Heading 2 Char"/>
    <w:basedOn w:val="DefaultParagraphFont"/>
    <w:link w:val="Heading2"/>
    <w:uiPriority w:val="9"/>
    <w:rsid w:val="00607FEE"/>
    <w:rPr>
      <w:rFonts w:ascii="Montserrat SemiBold" w:eastAsiaTheme="majorEastAsia" w:hAnsi="Montserrat SemiBold" w:cstheme="majorBidi"/>
      <w:color w:val="6E46E0"/>
      <w:kern w:val="0"/>
      <w:sz w:val="36"/>
      <w:szCs w:val="36"/>
      <w14:ligatures w14:val="none"/>
    </w:rPr>
  </w:style>
  <w:style w:type="character" w:customStyle="1" w:styleId="Heading3Char">
    <w:name w:val="Heading 3 Char"/>
    <w:basedOn w:val="DefaultParagraphFont"/>
    <w:link w:val="Heading3"/>
    <w:uiPriority w:val="9"/>
    <w:rsid w:val="00607FEE"/>
    <w:rPr>
      <w:rFonts w:ascii="Montserrat SemiBold" w:eastAsiaTheme="majorEastAsia" w:hAnsi="Montserrat SemiBold" w:cstheme="majorBidi"/>
      <w:color w:val="404040" w:themeColor="text1" w:themeTint="BF"/>
      <w:kern w:val="0"/>
      <w:sz w:val="28"/>
      <w:szCs w:val="28"/>
      <w:lang w:val="en-GB" w:eastAsia="en-AU"/>
      <w14:ligatures w14:val="none"/>
    </w:rPr>
  </w:style>
  <w:style w:type="character" w:customStyle="1" w:styleId="Heading4Char">
    <w:name w:val="Heading 4 Char"/>
    <w:basedOn w:val="DefaultParagraphFont"/>
    <w:link w:val="Heading4"/>
    <w:uiPriority w:val="9"/>
    <w:rsid w:val="00210F5B"/>
    <w:rPr>
      <w:rFonts w:ascii="Montserrat Medium" w:eastAsiaTheme="majorEastAsia" w:hAnsi="Montserrat Medium" w:cs="Times New Roman (Headings CS)"/>
      <w:kern w:val="0"/>
      <w14:ligatures w14:val="none"/>
    </w:rPr>
  </w:style>
  <w:style w:type="character" w:customStyle="1" w:styleId="Heading5Char">
    <w:name w:val="Heading 5 Char"/>
    <w:basedOn w:val="DefaultParagraphFont"/>
    <w:link w:val="Heading5"/>
    <w:uiPriority w:val="9"/>
    <w:rsid w:val="00210F5B"/>
    <w:rPr>
      <w:rFonts w:ascii="Montserrat" w:eastAsiaTheme="majorEastAsia" w:hAnsi="Montserrat" w:cstheme="majorBidi"/>
      <w:kern w:val="0"/>
      <w:sz w:val="22"/>
      <w:szCs w:val="22"/>
      <w14:ligatures w14:val="none"/>
    </w:rPr>
  </w:style>
  <w:style w:type="character" w:customStyle="1" w:styleId="Heading6Char">
    <w:name w:val="Heading 6 Char"/>
    <w:basedOn w:val="DefaultParagraphFont"/>
    <w:link w:val="Heading6"/>
    <w:uiPriority w:val="9"/>
    <w:rsid w:val="00880B2B"/>
    <w:rPr>
      <w:rFonts w:ascii="Calibri" w:eastAsiaTheme="majorEastAsia" w:hAnsi="Calibri" w:cstheme="majorBidi"/>
      <w:b/>
      <w:iCs/>
      <w:kern w:val="0"/>
      <w:sz w:val="22"/>
      <w:szCs w:val="22"/>
      <w14:ligatures w14:val="none"/>
    </w:rPr>
  </w:style>
  <w:style w:type="character" w:customStyle="1" w:styleId="Heading7Char">
    <w:name w:val="Heading 7 Char"/>
    <w:basedOn w:val="DefaultParagraphFont"/>
    <w:link w:val="Heading7"/>
    <w:uiPriority w:val="9"/>
    <w:semiHidden/>
    <w:rsid w:val="005946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6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640"/>
    <w:rPr>
      <w:rFonts w:eastAsiaTheme="majorEastAsia" w:cstheme="majorBidi"/>
      <w:color w:val="272727" w:themeColor="text1" w:themeTint="D8"/>
    </w:rPr>
  </w:style>
  <w:style w:type="paragraph" w:styleId="TOCHeading">
    <w:name w:val="TOC Heading"/>
    <w:basedOn w:val="Heading1"/>
    <w:next w:val="Normal"/>
    <w:uiPriority w:val="39"/>
    <w:semiHidden/>
    <w:unhideWhenUsed/>
    <w:qFormat/>
    <w:rsid w:val="00FD38BD"/>
    <w:pPr>
      <w:spacing w:before="240" w:after="0"/>
      <w:outlineLvl w:val="9"/>
    </w:pPr>
    <w:rPr>
      <w:rFonts w:asciiTheme="majorHAnsi" w:hAnsiTheme="majorHAnsi"/>
      <w:b/>
      <w:bCs/>
      <w:color w:val="0F4761" w:themeColor="accent1" w:themeShade="BF"/>
      <w:sz w:val="32"/>
      <w:szCs w:val="32"/>
    </w:rPr>
  </w:style>
  <w:style w:type="paragraph" w:customStyle="1" w:styleId="Note">
    <w:name w:val="Note"/>
    <w:basedOn w:val="Normal"/>
    <w:qFormat/>
    <w:rsid w:val="00FD38BD"/>
    <w:pPr>
      <w:spacing w:before="60" w:after="120"/>
    </w:pPr>
    <w:rPr>
      <w:rFonts w:asciiTheme="minorHAnsi" w:eastAsia="Calibri" w:hAnsiTheme="minorHAnsi"/>
      <w:bCs w:val="0"/>
      <w:iCs w:val="0"/>
      <w:color w:val="262626" w:themeColor="text1" w:themeTint="D9"/>
      <w:sz w:val="16"/>
      <w:szCs w:val="16"/>
    </w:rPr>
  </w:style>
  <w:style w:type="paragraph" w:styleId="Header">
    <w:name w:val="header"/>
    <w:basedOn w:val="Normal"/>
    <w:link w:val="HeaderChar"/>
    <w:uiPriority w:val="99"/>
    <w:unhideWhenUsed/>
    <w:rsid w:val="0094718B"/>
    <w:pPr>
      <w:tabs>
        <w:tab w:val="center" w:pos="4513"/>
        <w:tab w:val="right" w:pos="9026"/>
      </w:tabs>
      <w:spacing w:before="0" w:after="0"/>
    </w:pPr>
  </w:style>
  <w:style w:type="character" w:customStyle="1" w:styleId="HeaderChar">
    <w:name w:val="Header Char"/>
    <w:basedOn w:val="DefaultParagraphFont"/>
    <w:link w:val="Header"/>
    <w:uiPriority w:val="99"/>
    <w:rsid w:val="0094718B"/>
    <w:rPr>
      <w:rFonts w:ascii="Calibri" w:eastAsia="Times New Roman" w:hAnsi="Calibri" w:cstheme="minorHAnsi"/>
      <w:bCs/>
      <w:iCs/>
      <w:kern w:val="0"/>
      <w14:ligatures w14:val="none"/>
    </w:rPr>
  </w:style>
  <w:style w:type="paragraph" w:styleId="Footer">
    <w:name w:val="footer"/>
    <w:basedOn w:val="Normal"/>
    <w:link w:val="FooterChar"/>
    <w:uiPriority w:val="99"/>
    <w:unhideWhenUsed/>
    <w:rsid w:val="0094718B"/>
    <w:pPr>
      <w:tabs>
        <w:tab w:val="center" w:pos="4513"/>
        <w:tab w:val="right" w:pos="9026"/>
      </w:tabs>
      <w:spacing w:before="0" w:after="0"/>
    </w:pPr>
  </w:style>
  <w:style w:type="character" w:customStyle="1" w:styleId="FooterChar">
    <w:name w:val="Footer Char"/>
    <w:basedOn w:val="DefaultParagraphFont"/>
    <w:link w:val="Footer"/>
    <w:uiPriority w:val="99"/>
    <w:rsid w:val="0094718B"/>
    <w:rPr>
      <w:rFonts w:ascii="Calibri" w:eastAsia="Times New Roman" w:hAnsi="Calibri" w:cstheme="minorHAnsi"/>
      <w:bCs/>
      <w:iCs/>
      <w:kern w:val="0"/>
      <w14:ligatures w14:val="none"/>
    </w:rPr>
  </w:style>
  <w:style w:type="character" w:styleId="FollowedHyperlink">
    <w:name w:val="FollowedHyperlink"/>
    <w:basedOn w:val="DefaultParagraphFont"/>
    <w:uiPriority w:val="99"/>
    <w:semiHidden/>
    <w:unhideWhenUsed/>
    <w:rsid w:val="00F52818"/>
    <w:rPr>
      <w:color w:val="96607D" w:themeColor="followedHyperlink"/>
      <w:u w:val="single"/>
    </w:rPr>
  </w:style>
  <w:style w:type="table" w:styleId="TableGrid">
    <w:name w:val="Table Grid"/>
    <w:basedOn w:val="TableNormal"/>
    <w:uiPriority w:val="59"/>
    <w:rsid w:val="00594640"/>
    <w:rPr>
      <w:rFonts w:ascii="Calibri" w:eastAsia="Times New Roman"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94640"/>
    <w:rPr>
      <w:color w:val="141414"/>
      <w:u w:val="single"/>
    </w:rPr>
  </w:style>
  <w:style w:type="paragraph" w:customStyle="1" w:styleId="Footertextportraitpage">
    <w:name w:val="Footer text portrait page"/>
    <w:basedOn w:val="FootnotesEndnotestext"/>
    <w:qFormat/>
    <w:rsid w:val="00BD00BD"/>
    <w:pPr>
      <w:tabs>
        <w:tab w:val="center" w:pos="4395"/>
        <w:tab w:val="right" w:pos="8769"/>
      </w:tabs>
      <w:spacing w:before="0" w:after="0"/>
    </w:pPr>
  </w:style>
  <w:style w:type="paragraph" w:styleId="TOC2">
    <w:name w:val="toc 2"/>
    <w:basedOn w:val="TOC1"/>
    <w:next w:val="Normal"/>
    <w:autoRedefine/>
    <w:uiPriority w:val="39"/>
    <w:unhideWhenUsed/>
    <w:rsid w:val="00BD7553"/>
    <w:pPr>
      <w:tabs>
        <w:tab w:val="clear" w:pos="9016"/>
        <w:tab w:val="right" w:leader="dot" w:pos="9026"/>
      </w:tabs>
      <w:spacing w:before="80" w:line="260" w:lineRule="exact"/>
      <w:ind w:left="425"/>
    </w:pPr>
    <w:rPr>
      <w:b w:val="0"/>
      <w:sz w:val="20"/>
      <w:szCs w:val="20"/>
    </w:rPr>
  </w:style>
  <w:style w:type="paragraph" w:styleId="TOC1">
    <w:name w:val="toc 1"/>
    <w:basedOn w:val="Normal"/>
    <w:next w:val="Normal"/>
    <w:autoRedefine/>
    <w:uiPriority w:val="39"/>
    <w:unhideWhenUsed/>
    <w:rsid w:val="00BD7553"/>
    <w:pPr>
      <w:tabs>
        <w:tab w:val="right" w:leader="dot" w:pos="9016"/>
      </w:tabs>
      <w:spacing w:before="200" w:after="40" w:line="280" w:lineRule="exact"/>
    </w:pPr>
    <w:rPr>
      <w:rFonts w:eastAsia="Calibri"/>
      <w:b/>
      <w:noProof/>
      <w:color w:val="262626" w:themeColor="text1" w:themeTint="D9"/>
    </w:rPr>
  </w:style>
  <w:style w:type="paragraph" w:styleId="TOC3">
    <w:name w:val="toc 3"/>
    <w:basedOn w:val="TOC2"/>
    <w:next w:val="Normal"/>
    <w:autoRedefine/>
    <w:uiPriority w:val="39"/>
    <w:unhideWhenUsed/>
    <w:rsid w:val="00BD7553"/>
    <w:pPr>
      <w:ind w:left="992"/>
    </w:pPr>
    <w:rPr>
      <w:sz w:val="22"/>
    </w:rPr>
  </w:style>
  <w:style w:type="paragraph" w:customStyle="1" w:styleId="Bullet1">
    <w:name w:val="Bullet 1"/>
    <w:basedOn w:val="Normal"/>
    <w:qFormat/>
    <w:rsid w:val="004B0A3E"/>
    <w:pPr>
      <w:numPr>
        <w:numId w:val="1"/>
      </w:numPr>
      <w:tabs>
        <w:tab w:val="left" w:pos="284"/>
      </w:tabs>
      <w:spacing w:before="60" w:after="120" w:line="300" w:lineRule="exact"/>
    </w:pPr>
    <w:rPr>
      <w:rFonts w:cs="Arial"/>
      <w:bCs w:val="0"/>
      <w:iCs w:val="0"/>
      <w:lang w:eastAsia="en-AU"/>
    </w:rPr>
  </w:style>
  <w:style w:type="paragraph" w:customStyle="1" w:styleId="Bullet2">
    <w:name w:val="Bullet 2"/>
    <w:basedOn w:val="Bullet1"/>
    <w:qFormat/>
    <w:rsid w:val="004B0A3E"/>
    <w:pPr>
      <w:numPr>
        <w:numId w:val="2"/>
      </w:numPr>
      <w:tabs>
        <w:tab w:val="clear" w:pos="284"/>
        <w:tab w:val="left" w:pos="567"/>
      </w:tabs>
      <w:spacing w:line="280" w:lineRule="exact"/>
    </w:pPr>
  </w:style>
  <w:style w:type="paragraph" w:customStyle="1" w:styleId="Tablebody">
    <w:name w:val="Table_body"/>
    <w:basedOn w:val="Normal"/>
    <w:qFormat/>
    <w:rsid w:val="00B55602"/>
    <w:pPr>
      <w:spacing w:before="60" w:after="60"/>
    </w:pPr>
    <w:rPr>
      <w:rFonts w:cs="Arial"/>
      <w:bCs w:val="0"/>
      <w:iCs w:val="0"/>
      <w:color w:val="262626" w:themeColor="text1" w:themeTint="D9"/>
      <w:sz w:val="21"/>
      <w:szCs w:val="21"/>
      <w:lang w:val="en-US" w:eastAsia="en-AU"/>
    </w:rPr>
  </w:style>
  <w:style w:type="paragraph" w:customStyle="1" w:styleId="Tableheaderreverse">
    <w:name w:val="Table_header_reverse"/>
    <w:basedOn w:val="Normal"/>
    <w:qFormat/>
    <w:rsid w:val="00A81F78"/>
    <w:pPr>
      <w:spacing w:before="60" w:after="60"/>
    </w:pPr>
    <w:rPr>
      <w:rFonts w:ascii="Arial" w:hAnsi="Arial"/>
      <w:color w:val="FFFFFF" w:themeColor="background1"/>
      <w:lang w:val="en-US" w:eastAsia="en-AU"/>
    </w:rPr>
  </w:style>
  <w:style w:type="paragraph" w:customStyle="1" w:styleId="Tablebullet1">
    <w:name w:val="Table bullet 1"/>
    <w:basedOn w:val="Bullet1"/>
    <w:qFormat/>
    <w:rsid w:val="00B55602"/>
    <w:pPr>
      <w:tabs>
        <w:tab w:val="clear" w:pos="284"/>
        <w:tab w:val="left" w:pos="209"/>
      </w:tabs>
      <w:spacing w:after="60" w:line="240" w:lineRule="exact"/>
      <w:ind w:left="210" w:hanging="210"/>
    </w:pPr>
    <w:rPr>
      <w:sz w:val="20"/>
      <w:szCs w:val="20"/>
      <w:lang w:val="en-US"/>
    </w:rPr>
  </w:style>
  <w:style w:type="paragraph" w:customStyle="1" w:styleId="Tablebullet2">
    <w:name w:val="Table bullet 2"/>
    <w:basedOn w:val="Bullet2"/>
    <w:qFormat/>
    <w:rsid w:val="00B55602"/>
    <w:pPr>
      <w:spacing w:line="240" w:lineRule="auto"/>
    </w:pPr>
    <w:rPr>
      <w:sz w:val="20"/>
      <w:szCs w:val="20"/>
    </w:rPr>
  </w:style>
  <w:style w:type="paragraph" w:customStyle="1" w:styleId="Tablesubheader">
    <w:name w:val="Table sub header"/>
    <w:basedOn w:val="Tablebody"/>
    <w:qFormat/>
    <w:rsid w:val="00B55602"/>
    <w:rPr>
      <w:b/>
      <w:sz w:val="22"/>
      <w:szCs w:val="22"/>
    </w:rPr>
  </w:style>
  <w:style w:type="paragraph" w:customStyle="1" w:styleId="FootnotesEndnotestext">
    <w:name w:val="Footnotes/Endnotes text"/>
    <w:basedOn w:val="Normal"/>
    <w:qFormat/>
    <w:rsid w:val="00D50158"/>
    <w:pPr>
      <w:spacing w:before="120" w:after="360"/>
    </w:pPr>
    <w:rPr>
      <w:rFonts w:eastAsia="Calibri"/>
      <w:sz w:val="18"/>
      <w:szCs w:val="18"/>
    </w:rPr>
  </w:style>
  <w:style w:type="paragraph" w:customStyle="1" w:styleId="IntroPara">
    <w:name w:val="Intro Para"/>
    <w:qFormat/>
    <w:rsid w:val="00807655"/>
    <w:pPr>
      <w:spacing w:before="120" w:after="240"/>
    </w:pPr>
    <w:rPr>
      <w:rFonts w:ascii="Montserrat" w:eastAsia="Times New Roman" w:hAnsi="Montserrat" w:cstheme="minorHAnsi"/>
      <w:kern w:val="0"/>
      <w:sz w:val="28"/>
      <w:szCs w:val="28"/>
      <w14:ligatures w14:val="none"/>
    </w:rPr>
  </w:style>
  <w:style w:type="table" w:customStyle="1" w:styleId="ARStandardTable1">
    <w:name w:val="AR_Standard Table_1"/>
    <w:basedOn w:val="TableNormal"/>
    <w:uiPriority w:val="99"/>
    <w:rsid w:val="00A81F78"/>
    <w:rPr>
      <w:rFonts w:ascii="Calibri" w:eastAsia="Calibri" w:hAnsi="Calibri" w:cs="Times New Roman"/>
      <w:kern w:val="0"/>
      <w:sz w:val="21"/>
      <w:szCs w:val="20"/>
      <w:lang w:eastAsia="en-AU"/>
      <w14:ligatures w14:val="none"/>
    </w:rPr>
    <w:tblPr>
      <w:tblStyleRowBandSize w:val="1"/>
      <w:tblStyleColBandSize w:val="1"/>
      <w:tblBorders>
        <w:top w:val="single" w:sz="4" w:space="0" w:color="auto"/>
        <w:bottom w:val="single" w:sz="4" w:space="0" w:color="auto"/>
      </w:tblBorders>
    </w:tblPr>
    <w:tcPr>
      <w:tcMar>
        <w:top w:w="85" w:type="dxa"/>
        <w:left w:w="85" w:type="dxa"/>
        <w:bottom w:w="113" w:type="dxa"/>
      </w:tcMar>
    </w:tcPr>
    <w:tblStylePr w:type="firstRow">
      <w:rPr>
        <w:rFonts w:ascii="Arial" w:hAnsi="Arial"/>
        <w:b/>
        <w:i w:val="0"/>
        <w:color w:val="FFFFFF" w:themeColor="background1"/>
        <w:sz w:val="22"/>
      </w:rPr>
      <w:tblPr/>
      <w:tcPr>
        <w:tcBorders>
          <w:top w:val="nil"/>
          <w:left w:val="nil"/>
          <w:bottom w:val="nil"/>
          <w:right w:val="nil"/>
          <w:insideH w:val="nil"/>
          <w:insideV w:val="nil"/>
          <w:tl2br w:val="nil"/>
          <w:tr2bl w:val="nil"/>
        </w:tcBorders>
        <w:shd w:val="clear" w:color="auto" w:fill="482D8C"/>
      </w:tcPr>
    </w:tblStylePr>
    <w:tblStylePr w:type="lastRow">
      <w:tblPr/>
      <w:tcPr>
        <w:tcBorders>
          <w:bottom w:val="single" w:sz="2" w:space="0" w:color="D9D9D9" w:themeColor="background1" w:themeShade="D9"/>
        </w:tcBorders>
        <w:shd w:val="clear" w:color="auto" w:fill="FFFFFF" w:themeFill="background1"/>
      </w:tcPr>
    </w:tblStylePr>
    <w:tblStylePr w:type="band1Horz">
      <w:tblPr/>
      <w:tcPr>
        <w:tcBorders>
          <w:top w:val="single" w:sz="2" w:space="0" w:color="D9D9D9" w:themeColor="background1" w:themeShade="D9"/>
          <w:left w:val="nil"/>
          <w:bottom w:val="single" w:sz="2" w:space="0" w:color="D9D9D9" w:themeColor="background1" w:themeShade="D9"/>
          <w:right w:val="nil"/>
          <w:insideH w:val="nil"/>
          <w:insideV w:val="nil"/>
          <w:tl2br w:val="nil"/>
          <w:tr2bl w:val="nil"/>
        </w:tcBorders>
        <w:shd w:val="clear" w:color="auto" w:fill="FFFFFF" w:themeFill="background1"/>
      </w:tcPr>
    </w:tblStylePr>
    <w:tblStylePr w:type="band2Horz">
      <w:tblPr/>
      <w:tcPr>
        <w:tcBorders>
          <w:top w:val="nil"/>
          <w:left w:val="nil"/>
          <w:bottom w:val="nil"/>
          <w:right w:val="nil"/>
          <w:insideH w:val="nil"/>
          <w:insideV w:val="nil"/>
          <w:tl2br w:val="nil"/>
          <w:tr2bl w:val="nil"/>
        </w:tcBorders>
      </w:tcPr>
    </w:tblStylePr>
  </w:style>
  <w:style w:type="paragraph" w:customStyle="1" w:styleId="Tablecaption">
    <w:name w:val="Table caption"/>
    <w:basedOn w:val="Heading5"/>
    <w:qFormat/>
    <w:rsid w:val="007F7E8B"/>
    <w:pPr>
      <w:keepLines w:val="0"/>
      <w:tabs>
        <w:tab w:val="left" w:pos="1190"/>
      </w:tabs>
      <w:spacing w:before="240"/>
    </w:pPr>
    <w:rPr>
      <w:rFonts w:eastAsia="Times New Roman" w:cs="Arial"/>
      <w:i/>
      <w:color w:val="262626" w:themeColor="text1" w:themeTint="D9"/>
    </w:rPr>
  </w:style>
  <w:style w:type="paragraph" w:customStyle="1" w:styleId="BulletNumbers">
    <w:name w:val="Bullet Numbers"/>
    <w:basedOn w:val="Bullet1"/>
    <w:qFormat/>
    <w:rsid w:val="004B0A3E"/>
    <w:pPr>
      <w:numPr>
        <w:numId w:val="3"/>
      </w:numPr>
      <w:tabs>
        <w:tab w:val="clear" w:pos="284"/>
        <w:tab w:val="left" w:pos="426"/>
      </w:tabs>
    </w:pPr>
  </w:style>
  <w:style w:type="paragraph" w:customStyle="1" w:styleId="Bulletalpha">
    <w:name w:val="Bullet alpha"/>
    <w:basedOn w:val="Bullet1"/>
    <w:qFormat/>
    <w:rsid w:val="004B0A3E"/>
    <w:pPr>
      <w:numPr>
        <w:numId w:val="4"/>
      </w:numPr>
      <w:tabs>
        <w:tab w:val="clear" w:pos="284"/>
        <w:tab w:val="left" w:pos="364"/>
      </w:tabs>
    </w:pPr>
  </w:style>
  <w:style w:type="paragraph" w:customStyle="1" w:styleId="Bulletroman">
    <w:name w:val="Bullet roman"/>
    <w:basedOn w:val="BulletNumbers"/>
    <w:qFormat/>
    <w:rsid w:val="004B0A3E"/>
    <w:pPr>
      <w:numPr>
        <w:numId w:val="5"/>
      </w:numPr>
      <w:tabs>
        <w:tab w:val="clear" w:pos="426"/>
        <w:tab w:val="left" w:pos="363"/>
      </w:tabs>
    </w:pPr>
  </w:style>
  <w:style w:type="paragraph" w:customStyle="1" w:styleId="TableFigures">
    <w:name w:val="Table Figures"/>
    <w:basedOn w:val="Tablebody"/>
    <w:qFormat/>
    <w:rsid w:val="00B55602"/>
    <w:pPr>
      <w:jc w:val="right"/>
    </w:pPr>
  </w:style>
  <w:style w:type="table" w:customStyle="1" w:styleId="ARFinancialsTable">
    <w:name w:val="AR_Financials Table"/>
    <w:basedOn w:val="TableNormal"/>
    <w:uiPriority w:val="99"/>
    <w:rsid w:val="005C5584"/>
    <w:rPr>
      <w:rFonts w:ascii="Calibri" w:eastAsia="Calibri" w:hAnsi="Calibri" w:cs="Times New Roman"/>
      <w:kern w:val="0"/>
      <w:sz w:val="21"/>
      <w:szCs w:val="20"/>
      <w:lang w:eastAsia="en-AU"/>
      <w14:ligatures w14:val="none"/>
    </w:rPr>
    <w:tblPr>
      <w:tblStyleRowBandSize w:val="1"/>
    </w:tblPr>
    <w:tcPr>
      <w:tcMar>
        <w:top w:w="113" w:type="dxa"/>
        <w:left w:w="142" w:type="dxa"/>
        <w:bottom w:w="113" w:type="dxa"/>
        <w:right w:w="170" w:type="dxa"/>
      </w:tcMar>
    </w:tcPr>
    <w:tblStylePr w:type="firstRow">
      <w:rPr>
        <w:rFonts w:ascii="Arial" w:hAnsi="Arial"/>
        <w:b/>
        <w:i w:val="0"/>
        <w:color w:val="FFFFFF" w:themeColor="background1"/>
        <w:sz w:val="22"/>
      </w:rPr>
      <w:tblPr/>
      <w:tcPr>
        <w:shd w:val="clear" w:color="auto" w:fill="482D8C"/>
      </w:tcPr>
    </w:tblStylePr>
    <w:tblStylePr w:type="lastRow">
      <w:rPr>
        <w:b/>
      </w:rPr>
      <w:tblPr/>
      <w:tcPr>
        <w:shd w:val="clear" w:color="auto" w:fill="D9D9D9" w:themeFill="background1" w:themeFillShade="D9"/>
      </w:tcPr>
    </w:tblStylePr>
    <w:tblStylePr w:type="band1Horz">
      <w:tblPr/>
      <w:tcPr>
        <w:tcBorders>
          <w:top w:val="nil"/>
          <w:left w:val="nil"/>
          <w:bottom w:val="nil"/>
          <w:right w:val="nil"/>
          <w:insideH w:val="nil"/>
          <w:insideV w:val="nil"/>
          <w:tl2br w:val="nil"/>
          <w:tr2bl w:val="nil"/>
        </w:tcBorders>
      </w:tcPr>
    </w:tblStylePr>
    <w:tblStylePr w:type="band2Horz">
      <w:tblPr/>
      <w:tcPr>
        <w:shd w:val="clear" w:color="auto" w:fill="F2F2F2" w:themeFill="background1" w:themeFillShade="F2"/>
      </w:tcPr>
    </w:tblStylePr>
  </w:style>
  <w:style w:type="paragraph" w:customStyle="1" w:styleId="Footertextlandscapepage">
    <w:name w:val="Footer text landscape page"/>
    <w:basedOn w:val="FootnotesEndnotestext"/>
    <w:qFormat/>
    <w:rsid w:val="00BD00BD"/>
    <w:pPr>
      <w:tabs>
        <w:tab w:val="center" w:pos="6859"/>
        <w:tab w:val="right" w:pos="13719"/>
      </w:tabs>
      <w:spacing w:before="0" w:after="0"/>
    </w:pPr>
    <w:rPr>
      <w:noProof/>
    </w:rPr>
  </w:style>
  <w:style w:type="table" w:customStyle="1" w:styleId="Invisibletablefor2-columnlayout">
    <w:name w:val="Invisible table for 2-column layout"/>
    <w:basedOn w:val="TableNormal"/>
    <w:uiPriority w:val="99"/>
    <w:rsid w:val="00D408D1"/>
    <w:rPr>
      <w:rFonts w:ascii="Calibri" w:hAnsi="Calibri"/>
    </w:rPr>
    <w:tblPr>
      <w:tblCellMar>
        <w:left w:w="0" w:type="dxa"/>
        <w:right w:w="57" w:type="dxa"/>
      </w:tblCellMar>
    </w:tblPr>
    <w:tblStylePr w:type="firstRow">
      <w:rPr>
        <w:rFonts w:ascii="Calibri" w:hAnsi="Calibri"/>
        <w:sz w:val="24"/>
      </w:rPr>
    </w:tblStylePr>
  </w:style>
  <w:style w:type="character" w:styleId="Strong">
    <w:name w:val="Strong"/>
    <w:basedOn w:val="DefaultParagraphFont"/>
    <w:uiPriority w:val="22"/>
    <w:qFormat/>
    <w:rsid w:val="0088750D"/>
    <w:rPr>
      <w:b/>
      <w:bCs/>
    </w:rPr>
  </w:style>
  <w:style w:type="paragraph" w:styleId="ListParagraph">
    <w:name w:val="List Paragraph"/>
    <w:basedOn w:val="Normal"/>
    <w:uiPriority w:val="34"/>
    <w:qFormat/>
    <w:rsid w:val="0088750D"/>
    <w:pPr>
      <w:ind w:left="720"/>
      <w:contextualSpacing/>
    </w:pPr>
  </w:style>
  <w:style w:type="table" w:customStyle="1" w:styleId="Breakoutbox">
    <w:name w:val="Breakout box"/>
    <w:basedOn w:val="TableNormal"/>
    <w:uiPriority w:val="99"/>
    <w:rsid w:val="004026F8"/>
    <w:tblPr>
      <w:tblCellMar>
        <w:top w:w="57" w:type="dxa"/>
        <w:left w:w="198" w:type="dxa"/>
        <w:bottom w:w="57" w:type="dxa"/>
        <w:right w:w="227" w:type="dxa"/>
      </w:tblCellMar>
    </w:tblPr>
    <w:tcPr>
      <w:shd w:val="clear" w:color="auto" w:fill="F2F2F2" w:themeFill="background1" w:themeFillShade="F2"/>
    </w:tcPr>
  </w:style>
  <w:style w:type="character" w:styleId="PageNumber">
    <w:name w:val="page number"/>
    <w:basedOn w:val="DefaultParagraphFont"/>
    <w:uiPriority w:val="99"/>
    <w:semiHidden/>
    <w:unhideWhenUsed/>
    <w:rsid w:val="00F30E50"/>
  </w:style>
  <w:style w:type="paragraph" w:styleId="Title">
    <w:name w:val="Title"/>
    <w:basedOn w:val="Normal"/>
    <w:next w:val="Normal"/>
    <w:link w:val="TitleChar"/>
    <w:uiPriority w:val="10"/>
    <w:qFormat/>
    <w:rsid w:val="00E301B8"/>
    <w:pPr>
      <w:spacing w:before="480" w:after="0" w:line="216" w:lineRule="auto"/>
      <w:contextualSpacing/>
    </w:pPr>
    <w:rPr>
      <w:rFonts w:ascii="Montserrat" w:eastAsiaTheme="majorEastAsia" w:hAnsi="Montserrat" w:cstheme="majorBidi"/>
      <w:bCs w:val="0"/>
      <w:iCs w:val="0"/>
      <w:color w:val="0D0D0D" w:themeColor="text1" w:themeTint="F2"/>
      <w:spacing w:val="-10"/>
      <w:kern w:val="28"/>
      <w:sz w:val="88"/>
      <w:szCs w:val="88"/>
      <w:lang w:val="en-GB" w:eastAsia="en-AU"/>
    </w:rPr>
  </w:style>
  <w:style w:type="character" w:customStyle="1" w:styleId="TitleChar">
    <w:name w:val="Title Char"/>
    <w:basedOn w:val="DefaultParagraphFont"/>
    <w:link w:val="Title"/>
    <w:uiPriority w:val="10"/>
    <w:rsid w:val="00E301B8"/>
    <w:rPr>
      <w:rFonts w:ascii="Montserrat" w:eastAsiaTheme="majorEastAsia" w:hAnsi="Montserrat" w:cstheme="majorBidi"/>
      <w:color w:val="0D0D0D" w:themeColor="text1" w:themeTint="F2"/>
      <w:spacing w:val="-10"/>
      <w:kern w:val="28"/>
      <w:sz w:val="88"/>
      <w:szCs w:val="88"/>
      <w:lang w:val="en-GB" w:eastAsia="en-AU"/>
      <w14:ligatures w14:val="none"/>
    </w:rPr>
  </w:style>
  <w:style w:type="paragraph" w:styleId="NoSpacing">
    <w:name w:val="No Spacing"/>
    <w:uiPriority w:val="1"/>
    <w:qFormat/>
    <w:rsid w:val="0004751B"/>
    <w:rPr>
      <w:rFonts w:eastAsiaTheme="minorEastAsia"/>
      <w:kern w:val="0"/>
      <w:sz w:val="22"/>
      <w:szCs w:val="22"/>
      <w:lang w:val="en-US"/>
      <w14:ligatures w14:val="none"/>
    </w:rPr>
  </w:style>
  <w:style w:type="paragraph" w:styleId="Subtitle">
    <w:name w:val="Subtitle"/>
    <w:basedOn w:val="Normal"/>
    <w:next w:val="Normal"/>
    <w:link w:val="SubtitleChar"/>
    <w:uiPriority w:val="11"/>
    <w:qFormat/>
    <w:rsid w:val="0004751B"/>
    <w:pPr>
      <w:keepNext/>
      <w:numPr>
        <w:ilvl w:val="1"/>
      </w:numPr>
      <w:spacing w:before="0" w:after="160" w:line="259" w:lineRule="auto"/>
    </w:pPr>
    <w:rPr>
      <w:rFonts w:asciiTheme="majorHAnsi" w:eastAsiaTheme="majorEastAsia" w:hAnsiTheme="majorHAnsi" w:cstheme="majorBidi"/>
      <w:b/>
      <w:bCs w:val="0"/>
      <w:i/>
      <w:color w:val="FFFFFF"/>
      <w:spacing w:val="15"/>
      <w:sz w:val="28"/>
      <w:szCs w:val="24"/>
      <w:lang w:val="en-US"/>
    </w:rPr>
  </w:style>
  <w:style w:type="character" w:customStyle="1" w:styleId="SubtitleChar">
    <w:name w:val="Subtitle Char"/>
    <w:basedOn w:val="DefaultParagraphFont"/>
    <w:link w:val="Subtitle"/>
    <w:uiPriority w:val="11"/>
    <w:rsid w:val="0004751B"/>
    <w:rPr>
      <w:rFonts w:asciiTheme="majorHAnsi" w:eastAsiaTheme="majorEastAsia" w:hAnsiTheme="majorHAnsi" w:cstheme="majorBidi"/>
      <w:b/>
      <w:i/>
      <w:iCs/>
      <w:color w:val="FFFFFF"/>
      <w:spacing w:val="15"/>
      <w:kern w:val="0"/>
      <w:sz w:val="28"/>
      <w:lang w:val="en-US"/>
      <w14:ligatures w14:val="none"/>
    </w:rPr>
  </w:style>
  <w:style w:type="paragraph" w:styleId="BodyText">
    <w:name w:val="Body Text"/>
    <w:basedOn w:val="Normal"/>
    <w:link w:val="BodyTextChar"/>
    <w:uiPriority w:val="99"/>
    <w:unhideWhenUsed/>
    <w:rsid w:val="0004751B"/>
    <w:pPr>
      <w:spacing w:before="0" w:after="120" w:line="259" w:lineRule="auto"/>
    </w:pPr>
    <w:rPr>
      <w:rFonts w:ascii="Arial" w:eastAsiaTheme="minorEastAsia" w:hAnsi="Arial" w:cstheme="minorBidi"/>
      <w:bCs w:val="0"/>
      <w:iCs w:val="0"/>
      <w:color w:val="111111"/>
      <w:sz w:val="21"/>
      <w:lang w:val="en-US"/>
    </w:rPr>
  </w:style>
  <w:style w:type="character" w:customStyle="1" w:styleId="BodyTextChar">
    <w:name w:val="Body Text Char"/>
    <w:basedOn w:val="DefaultParagraphFont"/>
    <w:link w:val="BodyText"/>
    <w:uiPriority w:val="99"/>
    <w:rsid w:val="0004751B"/>
    <w:rPr>
      <w:rFonts w:ascii="Arial" w:eastAsiaTheme="minorEastAsia" w:hAnsi="Arial"/>
      <w:color w:val="111111"/>
      <w:kern w:val="0"/>
      <w:sz w:val="21"/>
      <w:szCs w:val="22"/>
      <w:lang w:val="en-US"/>
      <w14:ligatures w14:val="none"/>
    </w:rPr>
  </w:style>
  <w:style w:type="paragraph" w:styleId="BodyText2">
    <w:name w:val="Body Text 2"/>
    <w:basedOn w:val="Normal"/>
    <w:link w:val="BodyText2Char"/>
    <w:uiPriority w:val="99"/>
    <w:unhideWhenUsed/>
    <w:rsid w:val="0004751B"/>
    <w:pPr>
      <w:spacing w:before="0" w:after="120" w:line="480" w:lineRule="auto"/>
    </w:pPr>
    <w:rPr>
      <w:rFonts w:ascii="Arial" w:eastAsiaTheme="minorEastAsia" w:hAnsi="Arial" w:cstheme="minorBidi"/>
      <w:bCs w:val="0"/>
      <w:iCs w:val="0"/>
      <w:color w:val="111111"/>
      <w:sz w:val="21"/>
      <w:lang w:val="en-US"/>
    </w:rPr>
  </w:style>
  <w:style w:type="character" w:customStyle="1" w:styleId="BodyText2Char">
    <w:name w:val="Body Text 2 Char"/>
    <w:basedOn w:val="DefaultParagraphFont"/>
    <w:link w:val="BodyText2"/>
    <w:uiPriority w:val="99"/>
    <w:rsid w:val="0004751B"/>
    <w:rPr>
      <w:rFonts w:ascii="Arial" w:eastAsiaTheme="minorEastAsia" w:hAnsi="Arial"/>
      <w:color w:val="111111"/>
      <w:kern w:val="0"/>
      <w:sz w:val="21"/>
      <w:szCs w:val="22"/>
      <w:lang w:val="en-US"/>
      <w14:ligatures w14:val="none"/>
    </w:rPr>
  </w:style>
  <w:style w:type="paragraph" w:styleId="BodyText3">
    <w:name w:val="Body Text 3"/>
    <w:basedOn w:val="Normal"/>
    <w:link w:val="BodyText3Char"/>
    <w:uiPriority w:val="99"/>
    <w:unhideWhenUsed/>
    <w:rsid w:val="0004751B"/>
    <w:pPr>
      <w:spacing w:before="0" w:after="120" w:line="259" w:lineRule="auto"/>
    </w:pPr>
    <w:rPr>
      <w:rFonts w:ascii="Arial" w:eastAsiaTheme="minorEastAsia" w:hAnsi="Arial" w:cstheme="minorBidi"/>
      <w:bCs w:val="0"/>
      <w:iCs w:val="0"/>
      <w:color w:val="111111"/>
      <w:sz w:val="16"/>
      <w:szCs w:val="16"/>
      <w:lang w:val="en-US"/>
    </w:rPr>
  </w:style>
  <w:style w:type="character" w:customStyle="1" w:styleId="BodyText3Char">
    <w:name w:val="Body Text 3 Char"/>
    <w:basedOn w:val="DefaultParagraphFont"/>
    <w:link w:val="BodyText3"/>
    <w:uiPriority w:val="99"/>
    <w:rsid w:val="0004751B"/>
    <w:rPr>
      <w:rFonts w:ascii="Arial" w:eastAsiaTheme="minorEastAsia" w:hAnsi="Arial"/>
      <w:color w:val="111111"/>
      <w:kern w:val="0"/>
      <w:sz w:val="16"/>
      <w:szCs w:val="16"/>
      <w:lang w:val="en-US"/>
      <w14:ligatures w14:val="none"/>
    </w:rPr>
  </w:style>
  <w:style w:type="paragraph" w:styleId="List">
    <w:name w:val="List"/>
    <w:basedOn w:val="Normal"/>
    <w:uiPriority w:val="99"/>
    <w:unhideWhenUsed/>
    <w:rsid w:val="0004751B"/>
    <w:pPr>
      <w:spacing w:before="0" w:after="100" w:line="259" w:lineRule="auto"/>
      <w:ind w:left="360" w:hanging="360"/>
      <w:contextualSpacing/>
    </w:pPr>
    <w:rPr>
      <w:rFonts w:ascii="Arial" w:eastAsiaTheme="minorEastAsia" w:hAnsi="Arial" w:cstheme="minorBidi"/>
      <w:bCs w:val="0"/>
      <w:iCs w:val="0"/>
      <w:color w:val="111111"/>
      <w:sz w:val="21"/>
      <w:lang w:val="en-US"/>
    </w:rPr>
  </w:style>
  <w:style w:type="paragraph" w:styleId="List2">
    <w:name w:val="List 2"/>
    <w:basedOn w:val="Normal"/>
    <w:uiPriority w:val="99"/>
    <w:unhideWhenUsed/>
    <w:rsid w:val="0004751B"/>
    <w:pPr>
      <w:spacing w:before="0" w:after="100" w:line="259" w:lineRule="auto"/>
      <w:ind w:left="720" w:hanging="360"/>
      <w:contextualSpacing/>
    </w:pPr>
    <w:rPr>
      <w:rFonts w:ascii="Arial" w:eastAsiaTheme="minorEastAsia" w:hAnsi="Arial" w:cstheme="minorBidi"/>
      <w:bCs w:val="0"/>
      <w:iCs w:val="0"/>
      <w:color w:val="111111"/>
      <w:sz w:val="21"/>
      <w:lang w:val="en-US"/>
    </w:rPr>
  </w:style>
  <w:style w:type="paragraph" w:styleId="List3">
    <w:name w:val="List 3"/>
    <w:basedOn w:val="Normal"/>
    <w:uiPriority w:val="99"/>
    <w:unhideWhenUsed/>
    <w:rsid w:val="0004751B"/>
    <w:pPr>
      <w:spacing w:before="0" w:after="100" w:line="259" w:lineRule="auto"/>
      <w:ind w:left="1080" w:hanging="360"/>
      <w:contextualSpacing/>
    </w:pPr>
    <w:rPr>
      <w:rFonts w:ascii="Arial" w:eastAsiaTheme="minorEastAsia" w:hAnsi="Arial" w:cstheme="minorBidi"/>
      <w:bCs w:val="0"/>
      <w:iCs w:val="0"/>
      <w:color w:val="111111"/>
      <w:sz w:val="21"/>
      <w:lang w:val="en-US"/>
    </w:rPr>
  </w:style>
  <w:style w:type="paragraph" w:styleId="ListBullet">
    <w:name w:val="List Bullet"/>
    <w:basedOn w:val="Normal"/>
    <w:uiPriority w:val="99"/>
    <w:unhideWhenUsed/>
    <w:rsid w:val="0004751B"/>
    <w:pPr>
      <w:numPr>
        <w:numId w:val="9"/>
      </w:numPr>
      <w:tabs>
        <w:tab w:val="clear" w:pos="360"/>
      </w:tabs>
      <w:spacing w:before="0" w:after="100" w:line="259" w:lineRule="auto"/>
      <w:ind w:left="0" w:firstLine="0"/>
      <w:contextualSpacing/>
    </w:pPr>
    <w:rPr>
      <w:rFonts w:ascii="Arial" w:eastAsiaTheme="minorEastAsia" w:hAnsi="Arial" w:cstheme="minorBidi"/>
      <w:bCs w:val="0"/>
      <w:iCs w:val="0"/>
      <w:color w:val="111111"/>
      <w:sz w:val="21"/>
      <w:lang w:val="en-US"/>
    </w:rPr>
  </w:style>
  <w:style w:type="paragraph" w:styleId="ListBullet2">
    <w:name w:val="List Bullet 2"/>
    <w:basedOn w:val="Normal"/>
    <w:uiPriority w:val="99"/>
    <w:unhideWhenUsed/>
    <w:rsid w:val="0004751B"/>
    <w:pPr>
      <w:numPr>
        <w:numId w:val="10"/>
      </w:numPr>
      <w:tabs>
        <w:tab w:val="clear" w:pos="720"/>
      </w:tabs>
      <w:spacing w:before="0" w:after="100" w:line="259" w:lineRule="auto"/>
      <w:ind w:left="0" w:firstLine="0"/>
      <w:contextualSpacing/>
    </w:pPr>
    <w:rPr>
      <w:rFonts w:ascii="Arial" w:eastAsiaTheme="minorEastAsia" w:hAnsi="Arial" w:cstheme="minorBidi"/>
      <w:bCs w:val="0"/>
      <w:iCs w:val="0"/>
      <w:color w:val="111111"/>
      <w:sz w:val="21"/>
      <w:lang w:val="en-US"/>
    </w:rPr>
  </w:style>
  <w:style w:type="paragraph" w:styleId="ListBullet3">
    <w:name w:val="List Bullet 3"/>
    <w:basedOn w:val="Normal"/>
    <w:uiPriority w:val="99"/>
    <w:unhideWhenUsed/>
    <w:rsid w:val="0004751B"/>
    <w:pPr>
      <w:numPr>
        <w:numId w:val="11"/>
      </w:numPr>
      <w:tabs>
        <w:tab w:val="clear" w:pos="1080"/>
      </w:tabs>
      <w:spacing w:before="0" w:after="100" w:line="259" w:lineRule="auto"/>
      <w:ind w:left="0" w:firstLine="0"/>
      <w:contextualSpacing/>
    </w:pPr>
    <w:rPr>
      <w:rFonts w:ascii="Arial" w:eastAsiaTheme="minorEastAsia" w:hAnsi="Arial" w:cstheme="minorBidi"/>
      <w:bCs w:val="0"/>
      <w:iCs w:val="0"/>
      <w:color w:val="111111"/>
      <w:sz w:val="21"/>
      <w:lang w:val="en-US"/>
    </w:rPr>
  </w:style>
  <w:style w:type="paragraph" w:styleId="ListNumber">
    <w:name w:val="List Number"/>
    <w:basedOn w:val="Normal"/>
    <w:uiPriority w:val="99"/>
    <w:unhideWhenUsed/>
    <w:rsid w:val="0004751B"/>
    <w:pPr>
      <w:numPr>
        <w:numId w:val="13"/>
      </w:numPr>
      <w:tabs>
        <w:tab w:val="clear" w:pos="360"/>
      </w:tabs>
      <w:spacing w:before="0" w:after="100" w:line="259" w:lineRule="auto"/>
      <w:ind w:left="0" w:firstLine="0"/>
      <w:contextualSpacing/>
    </w:pPr>
    <w:rPr>
      <w:rFonts w:ascii="Arial" w:eastAsiaTheme="minorEastAsia" w:hAnsi="Arial" w:cstheme="minorBidi"/>
      <w:bCs w:val="0"/>
      <w:iCs w:val="0"/>
      <w:color w:val="111111"/>
      <w:sz w:val="21"/>
      <w:lang w:val="en-US"/>
    </w:rPr>
  </w:style>
  <w:style w:type="paragraph" w:styleId="ListNumber2">
    <w:name w:val="List Number 2"/>
    <w:basedOn w:val="Normal"/>
    <w:uiPriority w:val="99"/>
    <w:unhideWhenUsed/>
    <w:rsid w:val="0004751B"/>
    <w:pPr>
      <w:numPr>
        <w:numId w:val="14"/>
      </w:numPr>
      <w:tabs>
        <w:tab w:val="clear" w:pos="720"/>
      </w:tabs>
      <w:spacing w:before="0" w:after="100" w:line="259" w:lineRule="auto"/>
      <w:ind w:left="0" w:firstLine="0"/>
      <w:contextualSpacing/>
    </w:pPr>
    <w:rPr>
      <w:rFonts w:ascii="Arial" w:eastAsiaTheme="minorEastAsia" w:hAnsi="Arial" w:cstheme="minorBidi"/>
      <w:bCs w:val="0"/>
      <w:iCs w:val="0"/>
      <w:color w:val="111111"/>
      <w:sz w:val="21"/>
      <w:lang w:val="en-US"/>
    </w:rPr>
  </w:style>
  <w:style w:type="paragraph" w:styleId="ListNumber3">
    <w:name w:val="List Number 3"/>
    <w:basedOn w:val="Normal"/>
    <w:uiPriority w:val="99"/>
    <w:unhideWhenUsed/>
    <w:rsid w:val="0004751B"/>
    <w:pPr>
      <w:numPr>
        <w:numId w:val="15"/>
      </w:numPr>
      <w:tabs>
        <w:tab w:val="clear" w:pos="1080"/>
      </w:tabs>
      <w:spacing w:before="0" w:after="100" w:line="259" w:lineRule="auto"/>
      <w:ind w:left="0" w:firstLine="0"/>
      <w:contextualSpacing/>
    </w:pPr>
    <w:rPr>
      <w:rFonts w:ascii="Arial" w:eastAsiaTheme="minorEastAsia" w:hAnsi="Arial" w:cstheme="minorBidi"/>
      <w:bCs w:val="0"/>
      <w:iCs w:val="0"/>
      <w:color w:val="111111"/>
      <w:sz w:val="21"/>
      <w:lang w:val="en-US"/>
    </w:rPr>
  </w:style>
  <w:style w:type="paragraph" w:styleId="ListContinue">
    <w:name w:val="List Continue"/>
    <w:basedOn w:val="Normal"/>
    <w:uiPriority w:val="99"/>
    <w:unhideWhenUsed/>
    <w:rsid w:val="0004751B"/>
    <w:pPr>
      <w:spacing w:before="0" w:after="120" w:line="259" w:lineRule="auto"/>
      <w:ind w:left="360"/>
      <w:contextualSpacing/>
    </w:pPr>
    <w:rPr>
      <w:rFonts w:ascii="Arial" w:eastAsiaTheme="minorEastAsia" w:hAnsi="Arial" w:cstheme="minorBidi"/>
      <w:bCs w:val="0"/>
      <w:iCs w:val="0"/>
      <w:color w:val="111111"/>
      <w:sz w:val="21"/>
      <w:lang w:val="en-US"/>
    </w:rPr>
  </w:style>
  <w:style w:type="paragraph" w:styleId="ListContinue2">
    <w:name w:val="List Continue 2"/>
    <w:basedOn w:val="Normal"/>
    <w:uiPriority w:val="99"/>
    <w:unhideWhenUsed/>
    <w:rsid w:val="0004751B"/>
    <w:pPr>
      <w:spacing w:before="0" w:after="120" w:line="259" w:lineRule="auto"/>
      <w:ind w:left="720"/>
      <w:contextualSpacing/>
    </w:pPr>
    <w:rPr>
      <w:rFonts w:ascii="Arial" w:eastAsiaTheme="minorEastAsia" w:hAnsi="Arial" w:cstheme="minorBidi"/>
      <w:bCs w:val="0"/>
      <w:iCs w:val="0"/>
      <w:color w:val="111111"/>
      <w:sz w:val="21"/>
      <w:lang w:val="en-US"/>
    </w:rPr>
  </w:style>
  <w:style w:type="paragraph" w:styleId="ListContinue3">
    <w:name w:val="List Continue 3"/>
    <w:basedOn w:val="Normal"/>
    <w:uiPriority w:val="99"/>
    <w:unhideWhenUsed/>
    <w:rsid w:val="0004751B"/>
    <w:pPr>
      <w:spacing w:before="0" w:after="120" w:line="259" w:lineRule="auto"/>
      <w:ind w:left="1080"/>
      <w:contextualSpacing/>
    </w:pPr>
    <w:rPr>
      <w:rFonts w:ascii="Arial" w:eastAsiaTheme="minorEastAsia" w:hAnsi="Arial" w:cstheme="minorBidi"/>
      <w:bCs w:val="0"/>
      <w:iCs w:val="0"/>
      <w:color w:val="111111"/>
      <w:sz w:val="21"/>
      <w:lang w:val="en-US"/>
    </w:rPr>
  </w:style>
  <w:style w:type="paragraph" w:styleId="MacroText">
    <w:name w:val="macro"/>
    <w:link w:val="MacroTextChar"/>
    <w:uiPriority w:val="99"/>
    <w:unhideWhenUsed/>
    <w:rsid w:val="0004751B"/>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lang w:val="en-US"/>
      <w14:ligatures w14:val="none"/>
    </w:rPr>
  </w:style>
  <w:style w:type="character" w:customStyle="1" w:styleId="MacroTextChar">
    <w:name w:val="Macro Text Char"/>
    <w:basedOn w:val="DefaultParagraphFont"/>
    <w:link w:val="MacroText"/>
    <w:uiPriority w:val="99"/>
    <w:rsid w:val="0004751B"/>
    <w:rPr>
      <w:rFonts w:ascii="Courier" w:eastAsiaTheme="minorEastAsia" w:hAnsi="Courier"/>
      <w:kern w:val="0"/>
      <w:sz w:val="20"/>
      <w:szCs w:val="20"/>
      <w:lang w:val="en-US"/>
      <w14:ligatures w14:val="none"/>
    </w:rPr>
  </w:style>
  <w:style w:type="paragraph" w:styleId="Quote">
    <w:name w:val="Quote"/>
    <w:basedOn w:val="Normal"/>
    <w:next w:val="Normal"/>
    <w:link w:val="QuoteChar"/>
    <w:uiPriority w:val="29"/>
    <w:qFormat/>
    <w:rsid w:val="0004751B"/>
    <w:pPr>
      <w:spacing w:before="0" w:after="100" w:line="259" w:lineRule="auto"/>
    </w:pPr>
    <w:rPr>
      <w:rFonts w:ascii="Arial" w:eastAsiaTheme="minorEastAsia" w:hAnsi="Arial" w:cstheme="minorBidi"/>
      <w:bCs w:val="0"/>
      <w:i/>
      <w:color w:val="000000" w:themeColor="text1"/>
      <w:sz w:val="21"/>
      <w:lang w:val="en-US"/>
    </w:rPr>
  </w:style>
  <w:style w:type="character" w:customStyle="1" w:styleId="QuoteChar">
    <w:name w:val="Quote Char"/>
    <w:basedOn w:val="DefaultParagraphFont"/>
    <w:link w:val="Quote"/>
    <w:uiPriority w:val="29"/>
    <w:rsid w:val="0004751B"/>
    <w:rPr>
      <w:rFonts w:ascii="Arial" w:eastAsiaTheme="minorEastAsia" w:hAnsi="Arial"/>
      <w:i/>
      <w:iCs/>
      <w:color w:val="000000" w:themeColor="text1"/>
      <w:kern w:val="0"/>
      <w:sz w:val="21"/>
      <w:szCs w:val="22"/>
      <w:lang w:val="en-US"/>
      <w14:ligatures w14:val="none"/>
    </w:rPr>
  </w:style>
  <w:style w:type="paragraph" w:styleId="Caption">
    <w:name w:val="caption"/>
    <w:basedOn w:val="Normal"/>
    <w:next w:val="Normal"/>
    <w:uiPriority w:val="35"/>
    <w:semiHidden/>
    <w:unhideWhenUsed/>
    <w:qFormat/>
    <w:rsid w:val="0004751B"/>
    <w:pPr>
      <w:spacing w:before="0" w:after="100"/>
    </w:pPr>
    <w:rPr>
      <w:rFonts w:ascii="Arial" w:eastAsiaTheme="minorEastAsia" w:hAnsi="Arial" w:cstheme="minorBidi"/>
      <w:b/>
      <w:iCs w:val="0"/>
      <w:color w:val="156082" w:themeColor="accent1"/>
      <w:sz w:val="18"/>
      <w:szCs w:val="18"/>
      <w:lang w:val="en-US"/>
    </w:rPr>
  </w:style>
  <w:style w:type="character" w:styleId="Emphasis">
    <w:name w:val="Emphasis"/>
    <w:basedOn w:val="DefaultParagraphFont"/>
    <w:uiPriority w:val="20"/>
    <w:qFormat/>
    <w:rsid w:val="0004751B"/>
    <w:rPr>
      <w:i/>
      <w:iCs/>
    </w:rPr>
  </w:style>
  <w:style w:type="paragraph" w:styleId="IntenseQuote">
    <w:name w:val="Intense Quote"/>
    <w:basedOn w:val="Normal"/>
    <w:next w:val="Normal"/>
    <w:link w:val="IntenseQuoteChar"/>
    <w:uiPriority w:val="30"/>
    <w:qFormat/>
    <w:rsid w:val="0004751B"/>
    <w:pPr>
      <w:pBdr>
        <w:bottom w:val="single" w:sz="4" w:space="4" w:color="156082" w:themeColor="accent1"/>
      </w:pBdr>
      <w:spacing w:before="200" w:after="280" w:line="259" w:lineRule="auto"/>
      <w:ind w:left="936" w:right="936"/>
    </w:pPr>
    <w:rPr>
      <w:rFonts w:ascii="Arial" w:eastAsiaTheme="minorEastAsia" w:hAnsi="Arial" w:cstheme="minorBidi"/>
      <w:b/>
      <w:i/>
      <w:color w:val="156082" w:themeColor="accent1"/>
      <w:sz w:val="21"/>
      <w:lang w:val="en-US"/>
    </w:rPr>
  </w:style>
  <w:style w:type="character" w:customStyle="1" w:styleId="IntenseQuoteChar">
    <w:name w:val="Intense Quote Char"/>
    <w:basedOn w:val="DefaultParagraphFont"/>
    <w:link w:val="IntenseQuote"/>
    <w:uiPriority w:val="30"/>
    <w:rsid w:val="0004751B"/>
    <w:rPr>
      <w:rFonts w:ascii="Arial" w:eastAsiaTheme="minorEastAsia" w:hAnsi="Arial"/>
      <w:b/>
      <w:bCs/>
      <w:i/>
      <w:iCs/>
      <w:color w:val="156082" w:themeColor="accent1"/>
      <w:kern w:val="0"/>
      <w:sz w:val="21"/>
      <w:szCs w:val="22"/>
      <w:lang w:val="en-US"/>
      <w14:ligatures w14:val="none"/>
    </w:rPr>
  </w:style>
  <w:style w:type="character" w:styleId="SubtleEmphasis">
    <w:name w:val="Subtle Emphasis"/>
    <w:basedOn w:val="DefaultParagraphFont"/>
    <w:uiPriority w:val="19"/>
    <w:qFormat/>
    <w:rsid w:val="0004751B"/>
    <w:rPr>
      <w:i/>
      <w:iCs/>
      <w:color w:val="808080" w:themeColor="text1" w:themeTint="7F"/>
    </w:rPr>
  </w:style>
  <w:style w:type="character" w:styleId="IntenseEmphasis">
    <w:name w:val="Intense Emphasis"/>
    <w:basedOn w:val="DefaultParagraphFont"/>
    <w:uiPriority w:val="21"/>
    <w:qFormat/>
    <w:rsid w:val="0004751B"/>
    <w:rPr>
      <w:b/>
      <w:bCs/>
      <w:i/>
      <w:iCs/>
      <w:color w:val="156082" w:themeColor="accent1"/>
    </w:rPr>
  </w:style>
  <w:style w:type="character" w:styleId="SubtleReference">
    <w:name w:val="Subtle Reference"/>
    <w:basedOn w:val="DefaultParagraphFont"/>
    <w:uiPriority w:val="31"/>
    <w:qFormat/>
    <w:rsid w:val="0004751B"/>
    <w:rPr>
      <w:smallCaps/>
      <w:color w:val="E97132" w:themeColor="accent2"/>
      <w:u w:val="single"/>
    </w:rPr>
  </w:style>
  <w:style w:type="character" w:styleId="IntenseReference">
    <w:name w:val="Intense Reference"/>
    <w:basedOn w:val="DefaultParagraphFont"/>
    <w:uiPriority w:val="32"/>
    <w:qFormat/>
    <w:rsid w:val="0004751B"/>
    <w:rPr>
      <w:b/>
      <w:bCs/>
      <w:smallCaps/>
      <w:color w:val="E97132" w:themeColor="accent2"/>
      <w:spacing w:val="5"/>
      <w:u w:val="single"/>
    </w:rPr>
  </w:style>
  <w:style w:type="character" w:styleId="BookTitle">
    <w:name w:val="Book Title"/>
    <w:basedOn w:val="DefaultParagraphFont"/>
    <w:uiPriority w:val="33"/>
    <w:qFormat/>
    <w:rsid w:val="0004751B"/>
    <w:rPr>
      <w:b/>
      <w:bCs/>
      <w:smallCaps/>
      <w:spacing w:val="5"/>
    </w:rPr>
  </w:style>
  <w:style w:type="table" w:styleId="LightShading">
    <w:name w:val="Light Shading"/>
    <w:basedOn w:val="TableNormal"/>
    <w:uiPriority w:val="60"/>
    <w:rsid w:val="0004751B"/>
    <w:rPr>
      <w:rFonts w:eastAsiaTheme="minorEastAsia"/>
      <w:color w:val="000000" w:themeColor="text1" w:themeShade="BF"/>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4751B"/>
    <w:rPr>
      <w:rFonts w:eastAsiaTheme="minorEastAsia"/>
      <w:color w:val="0F4761" w:themeColor="accent1" w:themeShade="BF"/>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04751B"/>
    <w:rPr>
      <w:rFonts w:eastAsiaTheme="minorEastAsia"/>
      <w:color w:val="BF4E14" w:themeColor="accent2" w:themeShade="BF"/>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04751B"/>
    <w:rPr>
      <w:rFonts w:eastAsiaTheme="minorEastAsia"/>
      <w:color w:val="124F1A" w:themeColor="accent3" w:themeShade="BF"/>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04751B"/>
    <w:rPr>
      <w:rFonts w:eastAsiaTheme="minorEastAsia"/>
      <w:color w:val="0B769F" w:themeColor="accent4" w:themeShade="BF"/>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04751B"/>
    <w:rPr>
      <w:rFonts w:eastAsiaTheme="minorEastAsia"/>
      <w:color w:val="77206D" w:themeColor="accent5" w:themeShade="BF"/>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04751B"/>
    <w:rPr>
      <w:rFonts w:eastAsiaTheme="minorEastAsia"/>
      <w:color w:val="3A7C22" w:themeColor="accent6" w:themeShade="BF"/>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04751B"/>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4751B"/>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04751B"/>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04751B"/>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04751B"/>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04751B"/>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04751B"/>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04751B"/>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4751B"/>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04751B"/>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04751B"/>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04751B"/>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04751B"/>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04751B"/>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04751B"/>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4751B"/>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4751B"/>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4751B"/>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4751B"/>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4751B"/>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4751B"/>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4751B"/>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4751B"/>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4751B"/>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4751B"/>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4751B"/>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4751B"/>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4751B"/>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04751B"/>
    <w:rPr>
      <w:rFonts w:eastAsiaTheme="minorEastAsia"/>
      <w:color w:val="000000" w:themeColor="text1"/>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4751B"/>
    <w:rPr>
      <w:rFonts w:eastAsiaTheme="minorEastAsia"/>
      <w:color w:val="000000" w:themeColor="text1"/>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04751B"/>
    <w:rPr>
      <w:rFonts w:eastAsiaTheme="minorEastAsia"/>
      <w:color w:val="000000" w:themeColor="text1"/>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04751B"/>
    <w:rPr>
      <w:rFonts w:eastAsiaTheme="minorEastAsia"/>
      <w:color w:val="000000" w:themeColor="text1"/>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04751B"/>
    <w:rPr>
      <w:rFonts w:eastAsiaTheme="minorEastAsia"/>
      <w:color w:val="000000" w:themeColor="text1"/>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04751B"/>
    <w:rPr>
      <w:rFonts w:eastAsiaTheme="minorEastAsia"/>
      <w:color w:val="000000" w:themeColor="text1"/>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04751B"/>
    <w:rPr>
      <w:rFonts w:eastAsiaTheme="minorEastAsia"/>
      <w:color w:val="000000" w:themeColor="text1"/>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04751B"/>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4751B"/>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04751B"/>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04751B"/>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04751B"/>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04751B"/>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04751B"/>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4751B"/>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4751B"/>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04751B"/>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04751B"/>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04751B"/>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04751B"/>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04751B"/>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04751B"/>
    <w:rPr>
      <w:rFonts w:eastAsiaTheme="minorEastAsia"/>
      <w:color w:val="FFFFFF" w:themeColor="background1"/>
      <w:kern w:val="0"/>
      <w:sz w:val="22"/>
      <w:szCs w:val="22"/>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4751B"/>
    <w:rPr>
      <w:rFonts w:eastAsiaTheme="minorEastAsia"/>
      <w:color w:val="FFFFFF" w:themeColor="background1"/>
      <w:kern w:val="0"/>
      <w:sz w:val="22"/>
      <w:szCs w:val="22"/>
      <w:lang w:val="en-US"/>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04751B"/>
    <w:rPr>
      <w:rFonts w:eastAsiaTheme="minorEastAsia"/>
      <w:color w:val="FFFFFF" w:themeColor="background1"/>
      <w:kern w:val="0"/>
      <w:sz w:val="22"/>
      <w:szCs w:val="22"/>
      <w:lang w:val="en-US"/>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04751B"/>
    <w:rPr>
      <w:rFonts w:eastAsiaTheme="minorEastAsia"/>
      <w:color w:val="FFFFFF" w:themeColor="background1"/>
      <w:kern w:val="0"/>
      <w:sz w:val="22"/>
      <w:szCs w:val="22"/>
      <w:lang w:val="en-US"/>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04751B"/>
    <w:rPr>
      <w:rFonts w:eastAsiaTheme="minorEastAsia"/>
      <w:color w:val="FFFFFF" w:themeColor="background1"/>
      <w:kern w:val="0"/>
      <w:sz w:val="22"/>
      <w:szCs w:val="22"/>
      <w:lang w:val="en-US"/>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04751B"/>
    <w:rPr>
      <w:rFonts w:eastAsiaTheme="minorEastAsia"/>
      <w:color w:val="FFFFFF" w:themeColor="background1"/>
      <w:kern w:val="0"/>
      <w:sz w:val="22"/>
      <w:szCs w:val="22"/>
      <w:lang w:val="en-US"/>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04751B"/>
    <w:rPr>
      <w:rFonts w:eastAsiaTheme="minorEastAsia"/>
      <w:color w:val="FFFFFF" w:themeColor="background1"/>
      <w:kern w:val="0"/>
      <w:sz w:val="22"/>
      <w:szCs w:val="22"/>
      <w:lang w:val="en-US"/>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
    <w:name w:val="Colorful Shading"/>
    <w:basedOn w:val="TableNormal"/>
    <w:uiPriority w:val="71"/>
    <w:rsid w:val="0004751B"/>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4751B"/>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4751B"/>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4751B"/>
    <w:rPr>
      <w:rFonts w:eastAsiaTheme="minorEastAsia"/>
      <w:color w:val="000000" w:themeColor="text1"/>
      <w:kern w:val="0"/>
      <w:sz w:val="22"/>
      <w:szCs w:val="22"/>
      <w:lang w:val="en-US"/>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04751B"/>
    <w:rPr>
      <w:rFonts w:eastAsiaTheme="minorEastAsia"/>
      <w:color w:val="000000" w:themeColor="text1"/>
      <w:kern w:val="0"/>
      <w:sz w:val="22"/>
      <w:szCs w:val="22"/>
      <w:lang w:val="en-US"/>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4751B"/>
    <w:rPr>
      <w:rFonts w:eastAsiaTheme="minorEastAsia"/>
      <w:color w:val="000000" w:themeColor="text1"/>
      <w:kern w:val="0"/>
      <w:sz w:val="22"/>
      <w:szCs w:val="22"/>
      <w:lang w:val="en-US"/>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4751B"/>
    <w:rPr>
      <w:rFonts w:eastAsiaTheme="minorEastAsia"/>
      <w:color w:val="000000" w:themeColor="text1"/>
      <w:kern w:val="0"/>
      <w:sz w:val="22"/>
      <w:szCs w:val="22"/>
      <w:lang w:val="en-US"/>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04751B"/>
    <w:rPr>
      <w:rFonts w:eastAsiaTheme="minorEastAsia"/>
      <w:color w:val="000000" w:themeColor="text1"/>
      <w:kern w:val="0"/>
      <w:sz w:val="22"/>
      <w:szCs w:val="22"/>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4751B"/>
    <w:rPr>
      <w:rFonts w:eastAsiaTheme="minorEastAsia"/>
      <w:color w:val="000000" w:themeColor="text1"/>
      <w:kern w:val="0"/>
      <w:sz w:val="22"/>
      <w:szCs w:val="22"/>
      <w:lang w:val="en-US"/>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04751B"/>
    <w:rPr>
      <w:rFonts w:eastAsiaTheme="minorEastAsia"/>
      <w:color w:val="000000" w:themeColor="text1"/>
      <w:kern w:val="0"/>
      <w:sz w:val="22"/>
      <w:szCs w:val="22"/>
      <w:lang w:val="en-US"/>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04751B"/>
    <w:rPr>
      <w:rFonts w:eastAsiaTheme="minorEastAsia"/>
      <w:color w:val="000000" w:themeColor="text1"/>
      <w:kern w:val="0"/>
      <w:sz w:val="22"/>
      <w:szCs w:val="22"/>
      <w:lang w:val="en-US"/>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04751B"/>
    <w:rPr>
      <w:rFonts w:eastAsiaTheme="minorEastAsia"/>
      <w:color w:val="000000" w:themeColor="text1"/>
      <w:kern w:val="0"/>
      <w:sz w:val="22"/>
      <w:szCs w:val="22"/>
      <w:lang w:val="en-US"/>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04751B"/>
    <w:rPr>
      <w:rFonts w:eastAsiaTheme="minorEastAsia"/>
      <w:color w:val="000000" w:themeColor="text1"/>
      <w:kern w:val="0"/>
      <w:sz w:val="22"/>
      <w:szCs w:val="22"/>
      <w:lang w:val="en-US"/>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04751B"/>
    <w:rPr>
      <w:rFonts w:eastAsiaTheme="minorEastAsia"/>
      <w:color w:val="000000" w:themeColor="text1"/>
      <w:kern w:val="0"/>
      <w:sz w:val="22"/>
      <w:szCs w:val="22"/>
      <w:lang w:val="en-US"/>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
    <w:name w:val="Colorful Grid"/>
    <w:basedOn w:val="TableNormal"/>
    <w:uiPriority w:val="73"/>
    <w:rsid w:val="0004751B"/>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4751B"/>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04751B"/>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04751B"/>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04751B"/>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04751B"/>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04751B"/>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paragraph" w:customStyle="1" w:styleId="Lead">
    <w:name w:val="Lead"/>
    <w:rsid w:val="0004751B"/>
    <w:pPr>
      <w:spacing w:after="160" w:line="252" w:lineRule="auto"/>
    </w:pPr>
    <w:rPr>
      <w:rFonts w:ascii="Arial" w:eastAsiaTheme="minorEastAsia" w:hAnsi="Arial"/>
      <w:color w:val="4A4A4A"/>
      <w:kern w:val="0"/>
      <w:szCs w:val="22"/>
      <w:lang w:val="en-US"/>
      <w14:ligatures w14:val="none"/>
    </w:rPr>
  </w:style>
  <w:style w:type="paragraph" w:customStyle="1" w:styleId="Question">
    <w:name w:val="Question"/>
    <w:rsid w:val="0004751B"/>
    <w:pPr>
      <w:spacing w:before="160" w:after="40" w:line="252" w:lineRule="auto"/>
    </w:pPr>
    <w:rPr>
      <w:rFonts w:ascii="Arial" w:eastAsiaTheme="minorEastAsia" w:hAnsi="Arial"/>
      <w:b/>
      <w:color w:val="5630A5"/>
      <w:kern w:val="0"/>
      <w:sz w:val="22"/>
      <w:szCs w:val="22"/>
      <w:lang w:val="en-US"/>
      <w14:ligatures w14:val="none"/>
    </w:rPr>
  </w:style>
  <w:style w:type="paragraph" w:customStyle="1" w:styleId="Answer">
    <w:name w:val="Answer"/>
    <w:rsid w:val="0004751B"/>
    <w:pPr>
      <w:spacing w:after="80" w:line="252" w:lineRule="auto"/>
    </w:pPr>
    <w:rPr>
      <w:rFonts w:ascii="Arial" w:eastAsiaTheme="minorEastAsia" w:hAnsi="Arial"/>
      <w:color w:val="111111"/>
      <w:kern w:val="0"/>
      <w:sz w:val="20"/>
      <w:szCs w:val="22"/>
      <w:lang w:val="en-US"/>
      <w14:ligatures w14:val="none"/>
    </w:rPr>
  </w:style>
  <w:style w:type="paragraph" w:customStyle="1" w:styleId="BoxHeading">
    <w:name w:val="Box Heading"/>
    <w:rsid w:val="0004751B"/>
    <w:pPr>
      <w:spacing w:after="80" w:line="252" w:lineRule="auto"/>
    </w:pPr>
    <w:rPr>
      <w:rFonts w:ascii="Arial" w:eastAsiaTheme="minorEastAsia" w:hAnsi="Arial"/>
      <w:b/>
      <w:color w:val="5630A5"/>
      <w:kern w:val="0"/>
      <w:sz w:val="23"/>
      <w:szCs w:val="22"/>
      <w:lang w:val="en-US"/>
      <w14:ligatures w14:val="none"/>
    </w:rPr>
  </w:style>
  <w:style w:type="paragraph" w:customStyle="1" w:styleId="CardHeading">
    <w:name w:val="Card Heading"/>
    <w:rsid w:val="0004751B"/>
    <w:pPr>
      <w:spacing w:after="100" w:line="252" w:lineRule="auto"/>
    </w:pPr>
    <w:rPr>
      <w:rFonts w:ascii="Arial" w:eastAsiaTheme="minorEastAsia" w:hAnsi="Arial"/>
      <w:b/>
      <w:color w:val="5630A5"/>
      <w:kern w:val="0"/>
      <w:sz w:val="26"/>
      <w:szCs w:val="22"/>
      <w:lang w:val="en-US"/>
      <w14:ligatures w14:val="none"/>
    </w:rPr>
  </w:style>
  <w:style w:type="paragraph" w:customStyle="1" w:styleId="SourceLink">
    <w:name w:val="Source Link"/>
    <w:rsid w:val="0004751B"/>
    <w:pPr>
      <w:spacing w:after="100" w:line="252" w:lineRule="auto"/>
    </w:pPr>
    <w:rPr>
      <w:rFonts w:ascii="Arial" w:eastAsiaTheme="minorEastAsia" w:hAnsi="Arial"/>
      <w:color w:val="666666"/>
      <w:kern w:val="0"/>
      <w:sz w:val="17"/>
      <w:szCs w:val="22"/>
      <w:lang w:val="en-US"/>
      <w14:ligatures w14:val="none"/>
    </w:rPr>
  </w:style>
  <w:style w:type="paragraph" w:customStyle="1" w:styleId="Small">
    <w:name w:val="Small"/>
    <w:rsid w:val="0004751B"/>
    <w:pPr>
      <w:spacing w:after="60" w:line="252" w:lineRule="auto"/>
    </w:pPr>
    <w:rPr>
      <w:rFonts w:ascii="Arial" w:eastAsiaTheme="minorEastAsia" w:hAnsi="Arial"/>
      <w:color w:val="666666"/>
      <w:kern w:val="0"/>
      <w:sz w:val="17"/>
      <w:szCs w:val="22"/>
      <w:lang w:val="en-US"/>
      <w14:ligatures w14:val="none"/>
    </w:rPr>
  </w:style>
  <w:style w:type="paragraph" w:customStyle="1" w:styleId="Callout">
    <w:name w:val="Callout"/>
    <w:rsid w:val="0004751B"/>
    <w:pPr>
      <w:spacing w:after="80" w:line="252" w:lineRule="auto"/>
    </w:pPr>
    <w:rPr>
      <w:rFonts w:ascii="Arial" w:eastAsiaTheme="minorEastAsia" w:hAnsi="Arial"/>
      <w:b/>
      <w:color w:val="4A4A4A"/>
      <w:kern w:val="0"/>
      <w:sz w:val="22"/>
      <w:szCs w:val="22"/>
      <w:lang w:val="en-US"/>
      <w14:ligatures w14:val="none"/>
    </w:rPr>
  </w:style>
  <w:style w:type="paragraph" w:customStyle="1" w:styleId="ToolkitBullet">
    <w:name w:val="Toolkit Bullet"/>
    <w:basedOn w:val="ListBullet"/>
    <w:rsid w:val="0004751B"/>
    <w:pPr>
      <w:spacing w:after="50" w:line="252" w:lineRule="auto"/>
      <w:ind w:left="312" w:hanging="142"/>
    </w:pPr>
    <w:rPr>
      <w:sz w:val="20"/>
    </w:rPr>
  </w:style>
  <w:style w:type="paragraph" w:customStyle="1" w:styleId="ToolkitNumber">
    <w:name w:val="Toolkit Number"/>
    <w:basedOn w:val="ListNumber"/>
    <w:rsid w:val="0004751B"/>
    <w:pPr>
      <w:spacing w:after="50" w:line="252" w:lineRule="auto"/>
      <w:ind w:left="312" w:hanging="142"/>
    </w:pPr>
    <w:rPr>
      <w:sz w:val="20"/>
    </w:rPr>
  </w:style>
  <w:style w:type="paragraph" w:styleId="Revision">
    <w:name w:val="Revision"/>
    <w:hidden/>
    <w:uiPriority w:val="99"/>
    <w:semiHidden/>
    <w:rsid w:val="00936EA2"/>
    <w:rPr>
      <w:rFonts w:ascii="Calibri" w:eastAsia="Times New Roman" w:hAnsi="Calibri" w:cstheme="minorHAnsi"/>
      <w:bCs/>
      <w:iCs/>
      <w:kern w:val="0"/>
      <w:sz w:val="22"/>
      <w:szCs w:val="22"/>
      <w14:ligatures w14:val="none"/>
    </w:rPr>
  </w:style>
  <w:style w:type="character" w:styleId="UnresolvedMention">
    <w:name w:val="Unresolved Mention"/>
    <w:basedOn w:val="DefaultParagraphFont"/>
    <w:uiPriority w:val="99"/>
    <w:semiHidden/>
    <w:unhideWhenUsed/>
    <w:rsid w:val="00043F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19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MTEDD.smartygrants.com.au/ACCOWT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690F2751E5394FBC4ABBE670D2D7EC" ma:contentTypeVersion="19" ma:contentTypeDescription="Create a new document." ma:contentTypeScope="" ma:versionID="56679f373dcbb28a01565a6fd22ffd9f">
  <xsd:schema xmlns:xsd="http://www.w3.org/2001/XMLSchema" xmlns:xs="http://www.w3.org/2001/XMLSchema" xmlns:p="http://schemas.microsoft.com/office/2006/metadata/properties" xmlns:ns2="3139fea1-e3b0-4e20-9b3f-2f1b480779ab" xmlns:ns3="cf440306-6701-4c40-b53c-001f19118318" targetNamespace="http://schemas.microsoft.com/office/2006/metadata/properties" ma:root="true" ma:fieldsID="91e694580c1a95bc2b7b9f80f9764c69" ns2:_="" ns3:_="">
    <xsd:import namespace="3139fea1-e3b0-4e20-9b3f-2f1b480779ab"/>
    <xsd:import namespace="cf440306-6701-4c40-b53c-001f1911831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etingtype" minOccurs="0"/>
                <xsd:element ref="ns2:MeetingDate" minOccurs="0"/>
                <xsd:element ref="ns2:Topic"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39fea1-e3b0-4e20-9b3f-2f1b48077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etingtype" ma:index="18" nillable="true" ma:displayName="Meeting type" ma:format="Dropdown" ma:internalName="Meetingtype">
      <xsd:simpleType>
        <xsd:union memberTypes="dms:Text">
          <xsd:simpleType>
            <xsd:restriction base="dms:Choice">
              <xsd:enumeration value="SSON"/>
              <xsd:enumeration value="Skills Committee"/>
              <xsd:enumeration value="Working Group"/>
              <xsd:enumeration value="National Cabinet"/>
            </xsd:restriction>
          </xsd:simpleType>
        </xsd:union>
      </xsd:simpleType>
    </xsd:element>
    <xsd:element name="MeetingDate" ma:index="19" nillable="true" ma:displayName="Meeting Date" ma:format="DateOnly" ma:internalName="MeetingDate">
      <xsd:simpleType>
        <xsd:restriction base="dms:DateTime"/>
      </xsd:simpleType>
    </xsd:element>
    <xsd:element name="Topic" ma:index="20" nillable="true" ma:displayName="Topic" ma:format="Dropdown" ma:internalName="Topic">
      <xsd:simpleType>
        <xsd:union memberTypes="dms:Text">
          <xsd:simpleType>
            <xsd:restriction base="dms:Choice">
              <xsd:enumeration value="Industry Engagement"/>
              <xsd:enumeration value="Quality Reform"/>
              <xsd:enumeration value="Qualification Reform"/>
              <xsd:enumeration value="Update to Nat Cabinet"/>
              <xsd:enumeration value="Draft NSA Update &amp; Governance"/>
              <xsd:enumeration value="AMEP"/>
              <xsd:enumeration value="Foundation Skills"/>
              <xsd:enumeration value="VDS, NCI, and Data"/>
              <xsd:enumeration value="Other SSON"/>
              <xsd:enumeration value="Aus Training Award"/>
              <xsd:enumeration value="Job Trainer"/>
              <xsd:enumeration value="Undergraduate Cert"/>
              <xsd:enumeration value="Apprentices and Trainees"/>
              <xsd:enumeration value="VET for Secondary Student"/>
            </xsd:restriction>
          </xsd:simpleType>
        </xsd:un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440306-6701-4c40-b53c-001f1911831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307429a-a5d6-4d96-a659-9a59748c5061}" ma:internalName="TaxCatchAll" ma:showField="CatchAllData" ma:web="cf440306-6701-4c40-b53c-001f19118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f440306-6701-4c40-b53c-001f19118318">
      <UserInfo>
        <DisplayName/>
        <AccountId xsi:nil="true"/>
        <AccountType/>
      </UserInfo>
    </SharedWithUsers>
    <lcf76f155ced4ddcb4097134ff3c332f xmlns="3139fea1-e3b0-4e20-9b3f-2f1b480779ab">
      <Terms xmlns="http://schemas.microsoft.com/office/infopath/2007/PartnerControls"/>
    </lcf76f155ced4ddcb4097134ff3c332f>
    <TaxCatchAll xmlns="cf440306-6701-4c40-b53c-001f19118318" xsi:nil="true"/>
    <Meetingtype xmlns="3139fea1-e3b0-4e20-9b3f-2f1b480779ab" xsi:nil="true"/>
    <MeetingDate xmlns="3139fea1-e3b0-4e20-9b3f-2f1b480779ab" xsi:nil="true"/>
    <Topic xmlns="3139fea1-e3b0-4e20-9b3f-2f1b480779a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7EAA6C-9D52-442A-B28C-58CA4FAA8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39fea1-e3b0-4e20-9b3f-2f1b480779ab"/>
    <ds:schemaRef ds:uri="cf440306-6701-4c40-b53c-001f19118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462075-BCF5-4095-BA5C-578E25B84630}">
  <ds:schemaRefs>
    <ds:schemaRef ds:uri="http://schemas.microsoft.com/office/2006/metadata/properties"/>
    <ds:schemaRef ds:uri="http://schemas.microsoft.com/office/infopath/2007/PartnerControls"/>
    <ds:schemaRef ds:uri="cf440306-6701-4c40-b53c-001f19118318"/>
    <ds:schemaRef ds:uri="3139fea1-e3b0-4e20-9b3f-2f1b480779ab"/>
  </ds:schemaRefs>
</ds:datastoreItem>
</file>

<file path=customXml/itemProps3.xml><?xml version="1.0" encoding="utf-8"?>
<ds:datastoreItem xmlns:ds="http://schemas.openxmlformats.org/officeDocument/2006/customXml" ds:itemID="{7C16C04D-E84C-0246-8595-D3CA0A5E2BF3}">
  <ds:schemaRefs>
    <ds:schemaRef ds:uri="http://schemas.openxmlformats.org/officeDocument/2006/bibliography"/>
  </ds:schemaRefs>
</ds:datastoreItem>
</file>

<file path=customXml/itemProps4.xml><?xml version="1.0" encoding="utf-8"?>
<ds:datastoreItem xmlns:ds="http://schemas.openxmlformats.org/officeDocument/2006/customXml" ds:itemID="{1ED4C0FB-FCD8-45CD-AF7A-93E00B45B9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1101</Words>
  <Characters>6331</Characters>
  <Application>Microsoft Office Word</Application>
  <DocSecurity>4</DocSecurity>
  <Lines>175</Lines>
  <Paragraphs>110</Paragraphs>
  <ScaleCrop>false</ScaleCrop>
  <Manager/>
  <Company/>
  <LinksUpToDate>false</LinksUpToDate>
  <CharactersWithSpaces>7322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Nadudvary, Bryce</dc:creator>
  <cp:keywords/>
  <dc:description/>
  <cp:lastModifiedBy>Marshall, Brian</cp:lastModifiedBy>
  <cp:revision>2</cp:revision>
  <cp:lastPrinted>2025-08-05T08:55:00Z</cp:lastPrinted>
  <dcterms:created xsi:type="dcterms:W3CDTF">2026-07-29T22:33:00Z</dcterms:created>
  <dcterms:modified xsi:type="dcterms:W3CDTF">2026-07-29T22:33:00Z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2025-04-16T00:00:29Z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078c13c0-1d39-40c6-8081-7f3c63c51f2e</vt:lpwstr>
  </property>
  <property fmtid="{D5CDD505-2E9C-101B-9397-08002B2CF9AE}" pid="8" name="MSIP_Label_69af8531-eb46-4968-8cb3-105d2f5ea87e_ContentBits">
    <vt:lpwstr>0</vt:lpwstr>
  </property>
  <property fmtid="{D5CDD505-2E9C-101B-9397-08002B2CF9AE}" pid="9" name="MSIP_Label_69af8531-eb46-4968-8cb3-105d2f5ea87e_Tag">
    <vt:lpwstr>50, 3, 0, 1</vt:lpwstr>
  </property>
  <property fmtid="{D5CDD505-2E9C-101B-9397-08002B2CF9AE}" pid="10" name="MediaServiceImageTags">
    <vt:lpwstr/>
  </property>
  <property fmtid="{D5CDD505-2E9C-101B-9397-08002B2CF9AE}" pid="11" name="ContentTypeId">
    <vt:lpwstr>0x01010010690F2751E5394FBC4ABBE670D2D7EC</vt:lpwstr>
  </property>
  <property fmtid="{D5CDD505-2E9C-101B-9397-08002B2CF9AE}" pid="12" name="docLang">
    <vt:lpwstr>en</vt:lpwstr>
  </property>
</Properties>
</file>